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E8A28" w14:textId="77777777" w:rsidR="00EC073C" w:rsidRDefault="00EC073C" w:rsidP="00EC073C">
      <w:pPr>
        <w:pStyle w:val="aff8"/>
      </w:pPr>
      <w:r>
        <w:rPr>
          <w:noProof/>
        </w:rPr>
        <w:drawing>
          <wp:inline distT="0" distB="0" distL="0" distR="0" wp14:anchorId="5996ED42" wp14:editId="7E56053B">
            <wp:extent cx="6520815" cy="1920085"/>
            <wp:effectExtent l="0" t="0" r="0" b="4445"/>
            <wp:docPr id="3" name="Рисунок 3" descr="C:\Users\Huawei\OneDrive\Документы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uawei\OneDrive\Документы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930" cy="198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1AF9E" w14:textId="4D600008" w:rsidR="00EC073C" w:rsidRDefault="00EC073C">
      <w:pPr>
        <w:pStyle w:val="1"/>
        <w:rPr>
          <w:rFonts w:ascii="Times New Roman" w:hAnsi="Times New Roman" w:cs="Times New Roman"/>
          <w:color w:val="auto"/>
        </w:rPr>
      </w:pPr>
    </w:p>
    <w:p w14:paraId="76EE06D3" w14:textId="2488B747" w:rsidR="00EC073C" w:rsidRDefault="00EC073C" w:rsidP="00EC073C"/>
    <w:p w14:paraId="2BEBE48E" w14:textId="2676100F" w:rsidR="00EC073C" w:rsidRDefault="00EC073C" w:rsidP="00EC073C"/>
    <w:p w14:paraId="63BF143E" w14:textId="72E2266D" w:rsidR="00EC073C" w:rsidRPr="00EC073C" w:rsidRDefault="00DA664B" w:rsidP="00EC073C">
      <w:pPr>
        <w:spacing w:after="160" w:line="259" w:lineRule="auto"/>
        <w:jc w:val="center"/>
        <w:rPr>
          <w:rFonts w:eastAsia="Calibri" w:cs="Times New Roman"/>
          <w:b/>
          <w:sz w:val="36"/>
          <w:szCs w:val="36"/>
          <w:lang w:val="ru-RU"/>
        </w:rPr>
      </w:pPr>
      <w:r>
        <w:rPr>
          <w:rFonts w:eastAsia="Calibri" w:cs="Times New Roman"/>
          <w:b/>
          <w:sz w:val="36"/>
          <w:szCs w:val="36"/>
          <w:lang w:val="ru-RU"/>
        </w:rPr>
        <w:t>Танцевальный к</w:t>
      </w:r>
      <w:r w:rsidR="00EC073C">
        <w:rPr>
          <w:rFonts w:eastAsia="Calibri" w:cs="Times New Roman"/>
          <w:b/>
          <w:sz w:val="36"/>
          <w:szCs w:val="36"/>
          <w:lang w:val="ru-RU"/>
        </w:rPr>
        <w:t>ружок</w:t>
      </w:r>
      <w:r w:rsidR="00EC073C" w:rsidRPr="00EC073C">
        <w:rPr>
          <w:rFonts w:eastAsia="Calibri" w:cs="Times New Roman"/>
          <w:b/>
          <w:sz w:val="36"/>
          <w:szCs w:val="36"/>
          <w:lang w:val="ru-RU"/>
        </w:rPr>
        <w:t>: «</w:t>
      </w:r>
      <w:r w:rsidR="00EC073C">
        <w:rPr>
          <w:rFonts w:eastAsia="Calibri" w:cs="Times New Roman"/>
          <w:b/>
          <w:sz w:val="36"/>
          <w:szCs w:val="36"/>
          <w:lang w:val="ru-RU"/>
        </w:rPr>
        <w:t>Карамелька</w:t>
      </w:r>
      <w:r w:rsidR="00EC073C" w:rsidRPr="00EC073C">
        <w:rPr>
          <w:rFonts w:eastAsia="Calibri" w:cs="Times New Roman"/>
          <w:b/>
          <w:sz w:val="36"/>
          <w:szCs w:val="36"/>
          <w:lang w:val="ru-RU"/>
        </w:rPr>
        <w:t xml:space="preserve">» </w:t>
      </w:r>
    </w:p>
    <w:p w14:paraId="34786FC8" w14:textId="0DAF3793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b/>
          <w:sz w:val="36"/>
          <w:szCs w:val="36"/>
          <w:lang w:val="ru-RU"/>
        </w:rPr>
      </w:pPr>
      <w:r w:rsidRPr="00EC073C">
        <w:rPr>
          <w:rFonts w:eastAsia="Calibri" w:cs="Times New Roman"/>
          <w:b/>
          <w:sz w:val="36"/>
          <w:szCs w:val="36"/>
          <w:lang w:val="ru-RU"/>
        </w:rPr>
        <w:t xml:space="preserve">для </w:t>
      </w:r>
      <w:r w:rsidR="00DA664B">
        <w:rPr>
          <w:rFonts w:eastAsia="Calibri" w:cs="Times New Roman"/>
          <w:b/>
          <w:sz w:val="36"/>
          <w:szCs w:val="36"/>
          <w:lang w:val="ru-RU"/>
        </w:rPr>
        <w:t>младшей разновозрастной группы</w:t>
      </w:r>
    </w:p>
    <w:p w14:paraId="0B651CA8" w14:textId="77777777" w:rsidR="00EC073C" w:rsidRPr="00EC073C" w:rsidRDefault="00EC073C" w:rsidP="00EC073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val="ru-RU" w:eastAsia="ru-RU"/>
        </w:rPr>
      </w:pPr>
    </w:p>
    <w:p w14:paraId="41091A12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b/>
          <w:sz w:val="36"/>
          <w:szCs w:val="36"/>
          <w:lang w:val="ru-RU"/>
        </w:rPr>
      </w:pPr>
    </w:p>
    <w:p w14:paraId="1539F17E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b/>
          <w:sz w:val="44"/>
          <w:szCs w:val="44"/>
          <w:lang w:val="ru-RU"/>
        </w:rPr>
      </w:pPr>
    </w:p>
    <w:p w14:paraId="6AF23727" w14:textId="25633087" w:rsidR="00EC073C" w:rsidRPr="00EC073C" w:rsidRDefault="00EC073C" w:rsidP="00EC073C">
      <w:pPr>
        <w:spacing w:after="0" w:line="240" w:lineRule="auto"/>
        <w:rPr>
          <w:rFonts w:eastAsia="Calibri" w:cs="Times New Roman"/>
          <w:sz w:val="24"/>
          <w:szCs w:val="24"/>
          <w:lang w:val="ru-RU"/>
        </w:rPr>
      </w:pPr>
      <w:r w:rsidRPr="00EC073C">
        <w:rPr>
          <w:rFonts w:ascii="Calibri" w:eastAsia="Calibri" w:hAnsi="Calibri" w:cs="Times New Roman"/>
          <w:b/>
          <w:sz w:val="22"/>
          <w:lang w:val="ru-RU"/>
        </w:rPr>
        <w:tab/>
      </w:r>
      <w:r w:rsidRPr="00EC073C">
        <w:rPr>
          <w:rFonts w:eastAsia="Calibri" w:cs="Times New Roman"/>
          <w:b/>
          <w:sz w:val="24"/>
          <w:szCs w:val="24"/>
          <w:lang w:val="ru-RU"/>
        </w:rPr>
        <w:t xml:space="preserve">                                                </w:t>
      </w:r>
      <w:r w:rsidR="00BA33B9">
        <w:rPr>
          <w:rFonts w:eastAsia="Calibri" w:cs="Times New Roman"/>
          <w:sz w:val="24"/>
          <w:szCs w:val="24"/>
          <w:lang w:val="ru-RU"/>
        </w:rPr>
        <w:t>Руководитель</w:t>
      </w:r>
      <w:r w:rsidRPr="00EC073C">
        <w:rPr>
          <w:rFonts w:eastAsia="Calibri" w:cs="Times New Roman"/>
          <w:sz w:val="24"/>
          <w:szCs w:val="24"/>
          <w:lang w:val="ru-RU"/>
        </w:rPr>
        <w:t xml:space="preserve">: </w:t>
      </w:r>
      <w:bookmarkStart w:id="0" w:name="_GoBack"/>
      <w:bookmarkEnd w:id="0"/>
      <w:r>
        <w:rPr>
          <w:rFonts w:eastAsia="Calibri" w:cs="Times New Roman"/>
          <w:sz w:val="24"/>
          <w:szCs w:val="24"/>
          <w:lang w:val="ru-RU"/>
        </w:rPr>
        <w:t>Каракоз О.А.</w:t>
      </w:r>
    </w:p>
    <w:p w14:paraId="693ABED6" w14:textId="77777777" w:rsidR="00EC073C" w:rsidRPr="00EC073C" w:rsidRDefault="00EC073C" w:rsidP="00EC073C">
      <w:pPr>
        <w:spacing w:after="0" w:line="240" w:lineRule="auto"/>
        <w:rPr>
          <w:rFonts w:eastAsia="Calibri" w:cs="Times New Roman"/>
          <w:sz w:val="24"/>
          <w:szCs w:val="24"/>
          <w:lang w:val="ru-RU"/>
        </w:rPr>
      </w:pPr>
      <w:r w:rsidRPr="00EC073C">
        <w:rPr>
          <w:rFonts w:eastAsia="Calibri" w:cs="Times New Roman"/>
          <w:sz w:val="24"/>
          <w:szCs w:val="24"/>
          <w:lang w:val="ru-RU"/>
        </w:rPr>
        <w:t xml:space="preserve">                                                      </w:t>
      </w:r>
    </w:p>
    <w:p w14:paraId="0DB818B2" w14:textId="77777777" w:rsidR="00EC073C" w:rsidRPr="00EC073C" w:rsidRDefault="00EC073C" w:rsidP="00EC073C">
      <w:pPr>
        <w:spacing w:after="0" w:line="240" w:lineRule="auto"/>
        <w:rPr>
          <w:rFonts w:eastAsia="Calibri" w:cs="Times New Roman"/>
          <w:sz w:val="24"/>
          <w:szCs w:val="24"/>
          <w:lang w:val="ru-RU"/>
        </w:rPr>
      </w:pPr>
    </w:p>
    <w:p w14:paraId="6A982F4A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6B5B26C9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22EBE55B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4ECAA31B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4EE034D9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0A585435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79A333E4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050AAC57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0582387C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6FBDAD55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5AAF903C" w14:textId="77777777" w:rsidR="00EC073C" w:rsidRPr="00EC073C" w:rsidRDefault="00EC073C" w:rsidP="00EC073C">
      <w:pPr>
        <w:spacing w:after="160" w:line="259" w:lineRule="auto"/>
        <w:jc w:val="center"/>
        <w:rPr>
          <w:rFonts w:eastAsia="Calibri" w:cs="Times New Roman"/>
          <w:sz w:val="24"/>
          <w:szCs w:val="24"/>
          <w:lang w:val="ru-RU"/>
        </w:rPr>
      </w:pPr>
    </w:p>
    <w:p w14:paraId="1C3D3F77" w14:textId="77777777" w:rsidR="00EC073C" w:rsidRPr="00EC073C" w:rsidRDefault="00EC073C" w:rsidP="00EC073C">
      <w:pPr>
        <w:spacing w:after="160" w:line="259" w:lineRule="auto"/>
        <w:jc w:val="center"/>
        <w:rPr>
          <w:rFonts w:ascii="Calibri" w:eastAsia="Calibri" w:hAnsi="Calibri" w:cs="Times New Roman"/>
          <w:sz w:val="22"/>
          <w:lang w:val="ru-RU"/>
        </w:rPr>
      </w:pPr>
      <w:r w:rsidRPr="00EC073C">
        <w:rPr>
          <w:rFonts w:eastAsia="Calibri" w:cs="Times New Roman"/>
          <w:sz w:val="24"/>
          <w:szCs w:val="24"/>
          <w:lang w:val="ru-RU"/>
        </w:rPr>
        <w:t>2025 -2026 учебный год</w:t>
      </w:r>
    </w:p>
    <w:p w14:paraId="3AD2EE4D" w14:textId="13BA1460" w:rsidR="00C9273F" w:rsidRPr="00EC073C" w:rsidRDefault="00263604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EC073C">
        <w:rPr>
          <w:rFonts w:ascii="Times New Roman" w:hAnsi="Times New Roman" w:cs="Times New Roman"/>
          <w:color w:val="auto"/>
          <w:lang w:val="ru-RU"/>
        </w:rPr>
        <w:lastRenderedPageBreak/>
        <w:t>Про</w:t>
      </w:r>
      <w:r w:rsidR="00BE143D" w:rsidRPr="00EC073C">
        <w:rPr>
          <w:rFonts w:ascii="Times New Roman" w:hAnsi="Times New Roman" w:cs="Times New Roman"/>
          <w:color w:val="auto"/>
          <w:lang w:val="ru-RU"/>
        </w:rPr>
        <w:t>грамма кружка «Карамелька» (1–</w:t>
      </w:r>
      <w:r w:rsidR="00BE143D" w:rsidRPr="00AE0C77">
        <w:rPr>
          <w:rFonts w:ascii="Times New Roman" w:hAnsi="Times New Roman" w:cs="Times New Roman"/>
          <w:color w:val="auto"/>
          <w:lang w:val="ru-RU"/>
        </w:rPr>
        <w:t xml:space="preserve">2 </w:t>
      </w:r>
      <w:r w:rsidRPr="00EC073C">
        <w:rPr>
          <w:rFonts w:ascii="Times New Roman" w:hAnsi="Times New Roman" w:cs="Times New Roman"/>
          <w:color w:val="auto"/>
          <w:lang w:val="ru-RU"/>
        </w:rPr>
        <w:t>года)</w:t>
      </w:r>
    </w:p>
    <w:p w14:paraId="490CD1B8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Пояснительная записка</w:t>
      </w:r>
    </w:p>
    <w:p w14:paraId="0BD66034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Программа кружка «Карамелька» разработана с учётом особенностей развития детей раннего возраста. Она направлена на развитие интереса к музыке, движениям и коллективным формам активности. Занятия проводятся в игровой форме, что помогает детям свободно двигаться, радоваться музыке и учиться подражать взрослым.</w:t>
      </w:r>
    </w:p>
    <w:p w14:paraId="3A3574FF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Цель программы</w:t>
      </w:r>
    </w:p>
    <w:p w14:paraId="2FD626C4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Развивать у детей раннего возраста интерес к музыке и движениям, формировать чувство ритма и эмоциональный отклик через игровые формы хореографии.</w:t>
      </w:r>
    </w:p>
    <w:p w14:paraId="4599F5A9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Задачи программы</w:t>
      </w:r>
    </w:p>
    <w:p w14:paraId="3E7220AC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Формировать умение выполнять простые движения под музыку.</w:t>
      </w:r>
    </w:p>
    <w:p w14:paraId="3B5C3CE1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Развивать чувство ритма и элементарный музыкальный слух.</w:t>
      </w:r>
    </w:p>
    <w:p w14:paraId="5C9847C6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Развивать координацию и двигательную активность.</w:t>
      </w:r>
    </w:p>
    <w:p w14:paraId="59064E12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Воспитывать положительные эмоции от участия в играх и танцах.</w:t>
      </w:r>
    </w:p>
    <w:p w14:paraId="61EDEBE4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Приучать к совместным видам деятельности (хороводы, игры).</w:t>
      </w:r>
    </w:p>
    <w:p w14:paraId="7F7F847B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Методы и формы работы</w:t>
      </w:r>
    </w:p>
    <w:p w14:paraId="5A0A7026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Игровые приёмы (движение через игру).</w:t>
      </w:r>
    </w:p>
    <w:p w14:paraId="5D7D393F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Подражание движениям взрослого.</w:t>
      </w:r>
    </w:p>
    <w:p w14:paraId="2809FEC1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Музыкально-ритмические игры и упражнения.</w:t>
      </w:r>
    </w:p>
    <w:p w14:paraId="227EF5ED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Хороводы.</w:t>
      </w:r>
    </w:p>
    <w:p w14:paraId="7BAD4755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Занятия с предметами (ленточки, игрушки, мячики, платочки).</w:t>
      </w:r>
    </w:p>
    <w:p w14:paraId="41967799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Регулярность и структура занятий</w:t>
      </w:r>
    </w:p>
    <w:p w14:paraId="4476FBD4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Занятия про</w:t>
      </w:r>
      <w:r w:rsidR="00BE143D" w:rsidRPr="00AE0C77">
        <w:rPr>
          <w:rFonts w:cs="Times New Roman"/>
          <w:szCs w:val="28"/>
          <w:lang w:val="ru-RU"/>
        </w:rPr>
        <w:t>водятся 2 раза в неделю по 7-10</w:t>
      </w:r>
      <w:r w:rsidRPr="00AE0C77">
        <w:rPr>
          <w:rFonts w:cs="Times New Roman"/>
          <w:szCs w:val="28"/>
          <w:lang w:val="ru-RU"/>
        </w:rPr>
        <w:t xml:space="preserve"> минут.</w:t>
      </w:r>
      <w:r w:rsidRPr="00AE0C77">
        <w:rPr>
          <w:rFonts w:cs="Times New Roman"/>
          <w:szCs w:val="28"/>
          <w:lang w:val="ru-RU"/>
        </w:rPr>
        <w:br/>
        <w:t>Структура занятия:</w:t>
      </w:r>
      <w:r w:rsidRPr="00AE0C77">
        <w:rPr>
          <w:rFonts w:cs="Times New Roman"/>
          <w:szCs w:val="28"/>
          <w:lang w:val="ru-RU"/>
        </w:rPr>
        <w:br/>
        <w:t>1. Вводная часть (приветствие, хоровод, разминка).</w:t>
      </w:r>
      <w:r w:rsidRPr="00AE0C77">
        <w:rPr>
          <w:rFonts w:cs="Times New Roman"/>
          <w:szCs w:val="28"/>
          <w:lang w:val="ru-RU"/>
        </w:rPr>
        <w:br/>
        <w:t>2. Основная часть (танцевальные игры, упражнения с предметами, хороводы).</w:t>
      </w:r>
      <w:r w:rsidRPr="00AE0C77">
        <w:rPr>
          <w:rFonts w:cs="Times New Roman"/>
          <w:szCs w:val="28"/>
          <w:lang w:val="ru-RU"/>
        </w:rPr>
        <w:br/>
        <w:t>3. Заключительная часть (спокойная музыка, прощание).</w:t>
      </w:r>
    </w:p>
    <w:p w14:paraId="23A7C64A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Ожидаемые результаты</w:t>
      </w:r>
    </w:p>
    <w:p w14:paraId="766EC94A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Дети умеют выполнять простейшие движения (хлопки, топанье, кружение).</w:t>
      </w:r>
    </w:p>
    <w:p w14:paraId="132D15DE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Проявляют радость и эмоциональный отклик на музыку.</w:t>
      </w:r>
    </w:p>
    <w:p w14:paraId="43ACB466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Повторяют движения за педагогом.</w:t>
      </w:r>
    </w:p>
    <w:p w14:paraId="53918339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Принимают участие в хороводах и играх.</w:t>
      </w:r>
    </w:p>
    <w:p w14:paraId="1063F734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Формируется чувство ритма и элементарная координация движений.</w:t>
      </w:r>
    </w:p>
    <w:p w14:paraId="660F4308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Знакомятся с элементами национальных игр и праздников.</w:t>
      </w:r>
    </w:p>
    <w:p w14:paraId="728B6C22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Календарный план работы кружка</w:t>
      </w:r>
      <w:r w:rsidR="00BE143D"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на 2025-2026г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109"/>
        <w:gridCol w:w="2146"/>
        <w:gridCol w:w="2259"/>
      </w:tblGrid>
      <w:tr w:rsidR="00AE0C77" w:rsidRPr="00AE0C77" w14:paraId="43CF76C1" w14:textId="77777777" w:rsidTr="00BE143D">
        <w:tc>
          <w:tcPr>
            <w:tcW w:w="2160" w:type="dxa"/>
          </w:tcPr>
          <w:p w14:paraId="69C0599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Месяц</w:t>
            </w:r>
          </w:p>
        </w:tc>
        <w:tc>
          <w:tcPr>
            <w:tcW w:w="2160" w:type="dxa"/>
          </w:tcPr>
          <w:p w14:paraId="133934B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Неделя</w:t>
            </w:r>
          </w:p>
        </w:tc>
        <w:tc>
          <w:tcPr>
            <w:tcW w:w="2160" w:type="dxa"/>
          </w:tcPr>
          <w:p w14:paraId="14A93CC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Тема занятия</w:t>
            </w:r>
          </w:p>
        </w:tc>
        <w:tc>
          <w:tcPr>
            <w:tcW w:w="2160" w:type="dxa"/>
          </w:tcPr>
          <w:p w14:paraId="3B8DA3B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Форма работы</w:t>
            </w:r>
          </w:p>
        </w:tc>
      </w:tr>
      <w:tr w:rsidR="00AE0C77" w:rsidRPr="00AE0C77" w14:paraId="41163D76" w14:textId="77777777" w:rsidTr="00BE143D">
        <w:tc>
          <w:tcPr>
            <w:tcW w:w="2160" w:type="dxa"/>
          </w:tcPr>
          <w:p w14:paraId="090BB5F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214F7A4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0112B13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Здравствуй, детский сад</w:t>
            </w:r>
          </w:p>
        </w:tc>
        <w:tc>
          <w:tcPr>
            <w:tcW w:w="2160" w:type="dxa"/>
          </w:tcPr>
          <w:p w14:paraId="4525400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6CD2AC5E" w14:textId="77777777" w:rsidTr="00BE143D">
        <w:tc>
          <w:tcPr>
            <w:tcW w:w="2160" w:type="dxa"/>
          </w:tcPr>
          <w:p w14:paraId="0D40B2E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061C3C5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0444533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Хлопаем в ладоши</w:t>
            </w:r>
          </w:p>
        </w:tc>
        <w:tc>
          <w:tcPr>
            <w:tcW w:w="2160" w:type="dxa"/>
          </w:tcPr>
          <w:p w14:paraId="4C3A1F6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Музыкально-ритмическое упражнение</w:t>
            </w:r>
          </w:p>
        </w:tc>
      </w:tr>
      <w:tr w:rsidR="00AE0C77" w:rsidRPr="00AE0C77" w14:paraId="0C14FA25" w14:textId="77777777" w:rsidTr="00BE143D">
        <w:tc>
          <w:tcPr>
            <w:tcW w:w="2160" w:type="dxa"/>
          </w:tcPr>
          <w:p w14:paraId="692B941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47DC758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6F962AC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Топаем ножками</w:t>
            </w:r>
          </w:p>
        </w:tc>
        <w:tc>
          <w:tcPr>
            <w:tcW w:w="2160" w:type="dxa"/>
          </w:tcPr>
          <w:p w14:paraId="6EF36FC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37287F6D" w14:textId="77777777" w:rsidTr="00BE143D">
        <w:tc>
          <w:tcPr>
            <w:tcW w:w="2160" w:type="dxa"/>
          </w:tcPr>
          <w:p w14:paraId="1BCD1BD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26B2862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29D1B86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Моя игрушка танцует</w:t>
            </w:r>
          </w:p>
        </w:tc>
        <w:tc>
          <w:tcPr>
            <w:tcW w:w="2160" w:type="dxa"/>
          </w:tcPr>
          <w:p w14:paraId="6D9CE5C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игрушкой</w:t>
            </w:r>
          </w:p>
        </w:tc>
      </w:tr>
      <w:tr w:rsidR="00AE0C77" w:rsidRPr="00AE0C77" w14:paraId="3A9F9434" w14:textId="77777777" w:rsidTr="00BE143D">
        <w:tc>
          <w:tcPr>
            <w:tcW w:w="2160" w:type="dxa"/>
          </w:tcPr>
          <w:p w14:paraId="27AD5AF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4088159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3FB21E5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Весёлые ладошки</w:t>
            </w:r>
          </w:p>
        </w:tc>
        <w:tc>
          <w:tcPr>
            <w:tcW w:w="2160" w:type="dxa"/>
          </w:tcPr>
          <w:p w14:paraId="2F430EE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3D632390" w14:textId="77777777" w:rsidTr="00BE143D">
        <w:tc>
          <w:tcPr>
            <w:tcW w:w="2160" w:type="dxa"/>
          </w:tcPr>
          <w:p w14:paraId="1705520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4228A6C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2C9381D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Паровозик</w:t>
            </w:r>
          </w:p>
        </w:tc>
        <w:tc>
          <w:tcPr>
            <w:tcW w:w="2160" w:type="dxa"/>
          </w:tcPr>
          <w:p w14:paraId="31E871D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Колонна, хоровод</w:t>
            </w:r>
          </w:p>
        </w:tc>
      </w:tr>
      <w:tr w:rsidR="00AE0C77" w:rsidRPr="00AE0C77" w14:paraId="60137BEF" w14:textId="77777777" w:rsidTr="00BE143D">
        <w:tc>
          <w:tcPr>
            <w:tcW w:w="2160" w:type="dxa"/>
          </w:tcPr>
          <w:p w14:paraId="1F580D7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1009C3B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61A5CE0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Солнышко и тучка</w:t>
            </w:r>
          </w:p>
        </w:tc>
        <w:tc>
          <w:tcPr>
            <w:tcW w:w="2160" w:type="dxa"/>
          </w:tcPr>
          <w:p w14:paraId="30DE6D4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Игра-контраст</w:t>
            </w:r>
          </w:p>
        </w:tc>
      </w:tr>
      <w:tr w:rsidR="00AE0C77" w:rsidRPr="00AE0C77" w14:paraId="33D43A7D" w14:textId="77777777" w:rsidTr="00BE143D">
        <w:tc>
          <w:tcPr>
            <w:tcW w:w="2160" w:type="dxa"/>
          </w:tcPr>
          <w:p w14:paraId="668667A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Сентябрь</w:t>
            </w:r>
          </w:p>
        </w:tc>
        <w:tc>
          <w:tcPr>
            <w:tcW w:w="2160" w:type="dxa"/>
          </w:tcPr>
          <w:p w14:paraId="4D44283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4AC8CEE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Зайчики скачут</w:t>
            </w:r>
          </w:p>
        </w:tc>
        <w:tc>
          <w:tcPr>
            <w:tcW w:w="2160" w:type="dxa"/>
          </w:tcPr>
          <w:p w14:paraId="14B661D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животным</w:t>
            </w:r>
          </w:p>
        </w:tc>
      </w:tr>
      <w:tr w:rsidR="00AE0C77" w:rsidRPr="00AE0C77" w14:paraId="28516996" w14:textId="77777777" w:rsidTr="00BE143D">
        <w:tc>
          <w:tcPr>
            <w:tcW w:w="2160" w:type="dxa"/>
          </w:tcPr>
          <w:p w14:paraId="6FD4AEE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4D4646B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1C144EF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Осенние листочки</w:t>
            </w:r>
          </w:p>
        </w:tc>
        <w:tc>
          <w:tcPr>
            <w:tcW w:w="2160" w:type="dxa"/>
          </w:tcPr>
          <w:p w14:paraId="5226748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листочками</w:t>
            </w:r>
          </w:p>
        </w:tc>
      </w:tr>
      <w:tr w:rsidR="00AE0C77" w:rsidRPr="00AE0C77" w14:paraId="3595777E" w14:textId="77777777" w:rsidTr="00BE143D">
        <w:tc>
          <w:tcPr>
            <w:tcW w:w="2160" w:type="dxa"/>
          </w:tcPr>
          <w:p w14:paraId="564C73B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Октябрь</w:t>
            </w:r>
          </w:p>
        </w:tc>
        <w:tc>
          <w:tcPr>
            <w:tcW w:w="2160" w:type="dxa"/>
          </w:tcPr>
          <w:p w14:paraId="4DFFED4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6E3D8BC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Дождик капает</w:t>
            </w:r>
          </w:p>
        </w:tc>
        <w:tc>
          <w:tcPr>
            <w:tcW w:w="2160" w:type="dxa"/>
          </w:tcPr>
          <w:p w14:paraId="4A29830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Музыкально-ритмическая игра</w:t>
            </w:r>
          </w:p>
        </w:tc>
      </w:tr>
      <w:tr w:rsidR="00AE0C77" w:rsidRPr="00AE0C77" w14:paraId="23E8666F" w14:textId="77777777" w:rsidTr="00BE143D">
        <w:tc>
          <w:tcPr>
            <w:tcW w:w="2160" w:type="dxa"/>
          </w:tcPr>
          <w:p w14:paraId="4215FA9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603B0FD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54DC035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Кораблики плывут</w:t>
            </w:r>
          </w:p>
        </w:tc>
        <w:tc>
          <w:tcPr>
            <w:tcW w:w="2160" w:type="dxa"/>
          </w:tcPr>
          <w:p w14:paraId="17794F6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6D454C88" w14:textId="77777777" w:rsidTr="00BE143D">
        <w:tc>
          <w:tcPr>
            <w:tcW w:w="2160" w:type="dxa"/>
          </w:tcPr>
          <w:p w14:paraId="25AE6A6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2F3475C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0A96A83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Ветер дует</w:t>
            </w:r>
          </w:p>
        </w:tc>
        <w:tc>
          <w:tcPr>
            <w:tcW w:w="2160" w:type="dxa"/>
          </w:tcPr>
          <w:p w14:paraId="50BFE87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423CB204" w14:textId="77777777" w:rsidTr="00BE143D">
        <w:tc>
          <w:tcPr>
            <w:tcW w:w="2160" w:type="dxa"/>
          </w:tcPr>
          <w:p w14:paraId="1695E58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0F94650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4AF3D13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Соберём урожай</w:t>
            </w:r>
          </w:p>
        </w:tc>
        <w:tc>
          <w:tcPr>
            <w:tcW w:w="2160" w:type="dxa"/>
          </w:tcPr>
          <w:p w14:paraId="06AD525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предметами</w:t>
            </w:r>
          </w:p>
        </w:tc>
      </w:tr>
      <w:tr w:rsidR="00AE0C77" w:rsidRPr="00AE0C77" w14:paraId="54C230D6" w14:textId="77777777" w:rsidTr="00BE143D">
        <w:tc>
          <w:tcPr>
            <w:tcW w:w="2160" w:type="dxa"/>
          </w:tcPr>
          <w:p w14:paraId="2D86183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0C5B20B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1F02CB3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Петушок поёт</w:t>
            </w:r>
          </w:p>
        </w:tc>
        <w:tc>
          <w:tcPr>
            <w:tcW w:w="2160" w:type="dxa"/>
          </w:tcPr>
          <w:p w14:paraId="493A184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звукам</w:t>
            </w:r>
          </w:p>
        </w:tc>
      </w:tr>
      <w:tr w:rsidR="00AE0C77" w:rsidRPr="00AE0C77" w14:paraId="7115D9F7" w14:textId="77777777" w:rsidTr="00BE143D">
        <w:tc>
          <w:tcPr>
            <w:tcW w:w="2160" w:type="dxa"/>
          </w:tcPr>
          <w:p w14:paraId="38D861C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602CCA1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3150CAC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Мышки бегают</w:t>
            </w:r>
          </w:p>
        </w:tc>
        <w:tc>
          <w:tcPr>
            <w:tcW w:w="2160" w:type="dxa"/>
          </w:tcPr>
          <w:p w14:paraId="03806E5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Подвижная игра</w:t>
            </w:r>
          </w:p>
        </w:tc>
      </w:tr>
      <w:tr w:rsidR="00AE0C77" w:rsidRPr="00AE0C77" w14:paraId="442089FB" w14:textId="77777777" w:rsidTr="00BE143D">
        <w:tc>
          <w:tcPr>
            <w:tcW w:w="2160" w:type="dxa"/>
          </w:tcPr>
          <w:p w14:paraId="6E57DB2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Октябрь</w:t>
            </w:r>
          </w:p>
        </w:tc>
        <w:tc>
          <w:tcPr>
            <w:tcW w:w="2160" w:type="dxa"/>
          </w:tcPr>
          <w:p w14:paraId="3B8056B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458A9C3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Кошка крадётся</w:t>
            </w:r>
          </w:p>
        </w:tc>
        <w:tc>
          <w:tcPr>
            <w:tcW w:w="2160" w:type="dxa"/>
          </w:tcPr>
          <w:p w14:paraId="7196E01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Игра-подражание</w:t>
            </w:r>
          </w:p>
        </w:tc>
      </w:tr>
      <w:tr w:rsidR="00AE0C77" w:rsidRPr="00AE0C77" w14:paraId="122589BB" w14:textId="77777777" w:rsidTr="00BE143D">
        <w:tc>
          <w:tcPr>
            <w:tcW w:w="2160" w:type="dxa"/>
          </w:tcPr>
          <w:p w14:paraId="2F5A4D1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364CE65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3F2E6AA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Мишка косолапый</w:t>
            </w:r>
          </w:p>
        </w:tc>
        <w:tc>
          <w:tcPr>
            <w:tcW w:w="2160" w:type="dxa"/>
          </w:tcPr>
          <w:p w14:paraId="72BE85F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45F6275E" w14:textId="77777777" w:rsidTr="00BE143D">
        <w:tc>
          <w:tcPr>
            <w:tcW w:w="2160" w:type="dxa"/>
          </w:tcPr>
          <w:p w14:paraId="4521854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3203C7E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5619604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Лисичка идёт</w:t>
            </w:r>
          </w:p>
        </w:tc>
        <w:tc>
          <w:tcPr>
            <w:tcW w:w="2160" w:type="dxa"/>
          </w:tcPr>
          <w:p w14:paraId="268E8E4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Танцевальная игра</w:t>
            </w:r>
          </w:p>
        </w:tc>
      </w:tr>
      <w:tr w:rsidR="00AE0C77" w:rsidRPr="00AE0C77" w14:paraId="53C7E1AF" w14:textId="77777777" w:rsidTr="00BE143D">
        <w:tc>
          <w:tcPr>
            <w:tcW w:w="2160" w:type="dxa"/>
          </w:tcPr>
          <w:p w14:paraId="0F51239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36CFBEB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5AD417F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Грибочки в лесу</w:t>
            </w:r>
          </w:p>
        </w:tc>
        <w:tc>
          <w:tcPr>
            <w:tcW w:w="2160" w:type="dxa"/>
          </w:tcPr>
          <w:p w14:paraId="15A771D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281D74C1" w14:textId="77777777" w:rsidTr="00BE143D">
        <w:tc>
          <w:tcPr>
            <w:tcW w:w="2160" w:type="dxa"/>
          </w:tcPr>
          <w:p w14:paraId="3629CB7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7C6F8CB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5E76255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Птички клюют зёрнышки</w:t>
            </w:r>
          </w:p>
        </w:tc>
        <w:tc>
          <w:tcPr>
            <w:tcW w:w="2160" w:type="dxa"/>
          </w:tcPr>
          <w:p w14:paraId="7582705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движениям</w:t>
            </w:r>
          </w:p>
        </w:tc>
      </w:tr>
      <w:tr w:rsidR="00AE0C77" w:rsidRPr="00AE0C77" w14:paraId="1C049FE6" w14:textId="77777777" w:rsidTr="00BE143D">
        <w:tc>
          <w:tcPr>
            <w:tcW w:w="2160" w:type="dxa"/>
          </w:tcPr>
          <w:p w14:paraId="0D14E95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7649085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6AD2125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Осенний хоровод</w:t>
            </w:r>
          </w:p>
        </w:tc>
        <w:tc>
          <w:tcPr>
            <w:tcW w:w="2160" w:type="dxa"/>
          </w:tcPr>
          <w:p w14:paraId="1815EBD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679C79F6" w14:textId="77777777" w:rsidTr="00BE143D">
        <w:tc>
          <w:tcPr>
            <w:tcW w:w="2160" w:type="dxa"/>
          </w:tcPr>
          <w:p w14:paraId="7876EE6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05A4D9E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20496AB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Ёжик в лесу</w:t>
            </w:r>
          </w:p>
        </w:tc>
        <w:tc>
          <w:tcPr>
            <w:tcW w:w="2160" w:type="dxa"/>
          </w:tcPr>
          <w:p w14:paraId="3B8E92A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127E63ED" w14:textId="77777777" w:rsidTr="00BE143D">
        <w:tc>
          <w:tcPr>
            <w:tcW w:w="2160" w:type="dxa"/>
          </w:tcPr>
          <w:p w14:paraId="78FFD12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09075F2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7ADACFA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Медвежата в берлоге</w:t>
            </w:r>
          </w:p>
        </w:tc>
        <w:tc>
          <w:tcPr>
            <w:tcW w:w="2160" w:type="dxa"/>
          </w:tcPr>
          <w:p w14:paraId="375D547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Спокойная игра</w:t>
            </w:r>
          </w:p>
        </w:tc>
      </w:tr>
      <w:tr w:rsidR="00AE0C77" w:rsidRPr="00AE0C77" w14:paraId="5660DBAB" w14:textId="77777777" w:rsidTr="00BE143D">
        <w:tc>
          <w:tcPr>
            <w:tcW w:w="2160" w:type="dxa"/>
          </w:tcPr>
          <w:p w14:paraId="15CC36E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Ноябрь</w:t>
            </w:r>
          </w:p>
        </w:tc>
        <w:tc>
          <w:tcPr>
            <w:tcW w:w="2160" w:type="dxa"/>
          </w:tcPr>
          <w:p w14:paraId="5662A0B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20BC8F2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Зайчики играют</w:t>
            </w:r>
          </w:p>
        </w:tc>
        <w:tc>
          <w:tcPr>
            <w:tcW w:w="2160" w:type="dxa"/>
          </w:tcPr>
          <w:p w14:paraId="7CCCC2F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5198B1F6" w14:textId="77777777" w:rsidTr="00BE143D">
        <w:tc>
          <w:tcPr>
            <w:tcW w:w="2160" w:type="dxa"/>
          </w:tcPr>
          <w:p w14:paraId="5CD809D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Декабрь</w:t>
            </w:r>
          </w:p>
        </w:tc>
        <w:tc>
          <w:tcPr>
            <w:tcW w:w="2160" w:type="dxa"/>
          </w:tcPr>
          <w:p w14:paraId="66FF157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62E82AB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Снежинки</w:t>
            </w:r>
          </w:p>
        </w:tc>
        <w:tc>
          <w:tcPr>
            <w:tcW w:w="2160" w:type="dxa"/>
          </w:tcPr>
          <w:p w14:paraId="7FBB5AD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платочками</w:t>
            </w:r>
          </w:p>
        </w:tc>
      </w:tr>
      <w:tr w:rsidR="00AE0C77" w:rsidRPr="00AE0C77" w14:paraId="5EED31DE" w14:textId="77777777" w:rsidTr="00BE143D">
        <w:tc>
          <w:tcPr>
            <w:tcW w:w="2160" w:type="dxa"/>
          </w:tcPr>
          <w:p w14:paraId="69F00BB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38FDA9F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766F588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Ёлочка</w:t>
            </w:r>
          </w:p>
        </w:tc>
        <w:tc>
          <w:tcPr>
            <w:tcW w:w="2160" w:type="dxa"/>
          </w:tcPr>
          <w:p w14:paraId="28A50CE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0FB2BA19" w14:textId="77777777" w:rsidTr="00BE143D">
        <w:tc>
          <w:tcPr>
            <w:tcW w:w="2160" w:type="dxa"/>
          </w:tcPr>
          <w:p w14:paraId="4C9EE8B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075290D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058C6D1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Снеговики</w:t>
            </w:r>
          </w:p>
        </w:tc>
        <w:tc>
          <w:tcPr>
            <w:tcW w:w="2160" w:type="dxa"/>
          </w:tcPr>
          <w:p w14:paraId="7740E58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632889CD" w14:textId="77777777" w:rsidTr="00BE143D">
        <w:tc>
          <w:tcPr>
            <w:tcW w:w="2160" w:type="dxa"/>
          </w:tcPr>
          <w:p w14:paraId="569A185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70A4917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746DE74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Зимние птички</w:t>
            </w:r>
          </w:p>
        </w:tc>
        <w:tc>
          <w:tcPr>
            <w:tcW w:w="2160" w:type="dxa"/>
          </w:tcPr>
          <w:p w14:paraId="374EC00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1C9816D0" w14:textId="77777777" w:rsidTr="00BE143D">
        <w:tc>
          <w:tcPr>
            <w:tcW w:w="2160" w:type="dxa"/>
          </w:tcPr>
          <w:p w14:paraId="253B7A7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75D58D1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1C92296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Зимние забавы</w:t>
            </w:r>
          </w:p>
        </w:tc>
        <w:tc>
          <w:tcPr>
            <w:tcW w:w="2160" w:type="dxa"/>
          </w:tcPr>
          <w:p w14:paraId="2E4B5F6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Подвижная игра</w:t>
            </w:r>
          </w:p>
        </w:tc>
      </w:tr>
      <w:tr w:rsidR="00AE0C77" w:rsidRPr="00AE0C77" w14:paraId="4C369204" w14:textId="77777777" w:rsidTr="00BE143D">
        <w:tc>
          <w:tcPr>
            <w:tcW w:w="2160" w:type="dxa"/>
          </w:tcPr>
          <w:p w14:paraId="11AFF0F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25BC37E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40B982A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Новый год пришёл</w:t>
            </w:r>
          </w:p>
        </w:tc>
        <w:tc>
          <w:tcPr>
            <w:tcW w:w="2160" w:type="dxa"/>
          </w:tcPr>
          <w:p w14:paraId="27D5B2B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Танцевальная игра</w:t>
            </w:r>
          </w:p>
        </w:tc>
      </w:tr>
      <w:tr w:rsidR="00AE0C77" w:rsidRPr="00AE0C77" w14:paraId="7F9168C1" w14:textId="77777777" w:rsidTr="00BE143D">
        <w:tc>
          <w:tcPr>
            <w:tcW w:w="2160" w:type="dxa"/>
          </w:tcPr>
          <w:p w14:paraId="648C746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7B59674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2FDD12C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Медвежата спят</w:t>
            </w:r>
          </w:p>
        </w:tc>
        <w:tc>
          <w:tcPr>
            <w:tcW w:w="2160" w:type="dxa"/>
          </w:tcPr>
          <w:p w14:paraId="4F25FE1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Игра-имитация</w:t>
            </w:r>
          </w:p>
        </w:tc>
      </w:tr>
      <w:tr w:rsidR="00AE0C77" w:rsidRPr="00AE0C77" w14:paraId="0CDECE3D" w14:textId="77777777" w:rsidTr="00BE143D">
        <w:tc>
          <w:tcPr>
            <w:tcW w:w="2160" w:type="dxa"/>
          </w:tcPr>
          <w:p w14:paraId="086CC15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Декабрь</w:t>
            </w:r>
          </w:p>
        </w:tc>
        <w:tc>
          <w:tcPr>
            <w:tcW w:w="2160" w:type="dxa"/>
          </w:tcPr>
          <w:p w14:paraId="4F4282A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459BC65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Праздничный хоровод</w:t>
            </w:r>
          </w:p>
        </w:tc>
        <w:tc>
          <w:tcPr>
            <w:tcW w:w="2160" w:type="dxa"/>
          </w:tcPr>
          <w:p w14:paraId="0413F65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5342389E" w14:textId="77777777" w:rsidTr="00BE143D">
        <w:tc>
          <w:tcPr>
            <w:tcW w:w="2160" w:type="dxa"/>
          </w:tcPr>
          <w:p w14:paraId="5A9AB11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7B8851E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37BC3FD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Снежные комочки</w:t>
            </w:r>
          </w:p>
        </w:tc>
        <w:tc>
          <w:tcPr>
            <w:tcW w:w="2160" w:type="dxa"/>
          </w:tcPr>
          <w:p w14:paraId="4BE9612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мячиками</w:t>
            </w:r>
          </w:p>
        </w:tc>
      </w:tr>
      <w:tr w:rsidR="00AE0C77" w:rsidRPr="00AE0C77" w14:paraId="2A95433C" w14:textId="77777777" w:rsidTr="00BE143D">
        <w:tc>
          <w:tcPr>
            <w:tcW w:w="2160" w:type="dxa"/>
          </w:tcPr>
          <w:p w14:paraId="2E82D87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6CB8447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7427A29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Пингвинята</w:t>
            </w:r>
          </w:p>
        </w:tc>
        <w:tc>
          <w:tcPr>
            <w:tcW w:w="2160" w:type="dxa"/>
          </w:tcPr>
          <w:p w14:paraId="2F960D9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5B25ADBC" w14:textId="77777777" w:rsidTr="00BE143D">
        <w:tc>
          <w:tcPr>
            <w:tcW w:w="2160" w:type="dxa"/>
          </w:tcPr>
          <w:p w14:paraId="3B4130A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4EF4916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177AACE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Катание на санках</w:t>
            </w:r>
          </w:p>
        </w:tc>
        <w:tc>
          <w:tcPr>
            <w:tcW w:w="2160" w:type="dxa"/>
          </w:tcPr>
          <w:p w14:paraId="5847F24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Игра-имитация</w:t>
            </w:r>
          </w:p>
        </w:tc>
      </w:tr>
      <w:tr w:rsidR="00AE0C77" w:rsidRPr="00AE0C77" w14:paraId="5F12731A" w14:textId="77777777" w:rsidTr="00BE143D">
        <w:tc>
          <w:tcPr>
            <w:tcW w:w="2160" w:type="dxa"/>
          </w:tcPr>
          <w:p w14:paraId="4F86E46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04F44A5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2AD48AB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Снежки</w:t>
            </w:r>
          </w:p>
        </w:tc>
        <w:tc>
          <w:tcPr>
            <w:tcW w:w="2160" w:type="dxa"/>
          </w:tcPr>
          <w:p w14:paraId="36D9DD7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Подвижная игра</w:t>
            </w:r>
          </w:p>
        </w:tc>
      </w:tr>
      <w:tr w:rsidR="00AE0C77" w:rsidRPr="00AE0C77" w14:paraId="2156B9CA" w14:textId="77777777" w:rsidTr="00BE143D">
        <w:tc>
          <w:tcPr>
            <w:tcW w:w="2160" w:type="dxa"/>
          </w:tcPr>
          <w:p w14:paraId="61D687D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7E26CD7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31A590E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Лошадки бегут</w:t>
            </w:r>
          </w:p>
        </w:tc>
        <w:tc>
          <w:tcPr>
            <w:tcW w:w="2160" w:type="dxa"/>
          </w:tcPr>
          <w:p w14:paraId="37B4776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Танцевальная игра</w:t>
            </w:r>
          </w:p>
        </w:tc>
      </w:tr>
      <w:tr w:rsidR="00AE0C77" w:rsidRPr="00AE0C77" w14:paraId="77AD849C" w14:textId="77777777" w:rsidTr="00BE143D">
        <w:tc>
          <w:tcPr>
            <w:tcW w:w="2160" w:type="dxa"/>
          </w:tcPr>
          <w:p w14:paraId="1722336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161AD90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1F04968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Петушки поют</w:t>
            </w:r>
          </w:p>
        </w:tc>
        <w:tc>
          <w:tcPr>
            <w:tcW w:w="2160" w:type="dxa"/>
          </w:tcPr>
          <w:p w14:paraId="0E0F2FE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звукам</w:t>
            </w:r>
          </w:p>
        </w:tc>
      </w:tr>
      <w:tr w:rsidR="00AE0C77" w:rsidRPr="00AE0C77" w14:paraId="7C067446" w14:textId="77777777" w:rsidTr="00BE143D">
        <w:tc>
          <w:tcPr>
            <w:tcW w:w="2160" w:type="dxa"/>
          </w:tcPr>
          <w:p w14:paraId="56C550C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6AB7CE2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286CD0C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Зимний хоровод</w:t>
            </w:r>
          </w:p>
        </w:tc>
        <w:tc>
          <w:tcPr>
            <w:tcW w:w="2160" w:type="dxa"/>
          </w:tcPr>
          <w:p w14:paraId="7191A8D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3391281B" w14:textId="77777777" w:rsidTr="00BE143D">
        <w:tc>
          <w:tcPr>
            <w:tcW w:w="2160" w:type="dxa"/>
          </w:tcPr>
          <w:p w14:paraId="1EA7A88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Январь</w:t>
            </w:r>
          </w:p>
        </w:tc>
        <w:tc>
          <w:tcPr>
            <w:tcW w:w="2160" w:type="dxa"/>
          </w:tcPr>
          <w:p w14:paraId="20F909B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0CF5FCE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Зайцы скачут</w:t>
            </w:r>
          </w:p>
        </w:tc>
        <w:tc>
          <w:tcPr>
            <w:tcW w:w="2160" w:type="dxa"/>
          </w:tcPr>
          <w:p w14:paraId="53F3304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66C3B22E" w14:textId="77777777" w:rsidTr="00BE143D">
        <w:tc>
          <w:tcPr>
            <w:tcW w:w="2160" w:type="dxa"/>
          </w:tcPr>
          <w:p w14:paraId="62BC72B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Февраль</w:t>
            </w:r>
          </w:p>
        </w:tc>
        <w:tc>
          <w:tcPr>
            <w:tcW w:w="2160" w:type="dxa"/>
          </w:tcPr>
          <w:p w14:paraId="728AC22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504852C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Птички летают</w:t>
            </w:r>
          </w:p>
        </w:tc>
        <w:tc>
          <w:tcPr>
            <w:tcW w:w="2160" w:type="dxa"/>
          </w:tcPr>
          <w:p w14:paraId="019C5DB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платочками</w:t>
            </w:r>
          </w:p>
        </w:tc>
      </w:tr>
      <w:tr w:rsidR="00AE0C77" w:rsidRPr="00AE0C77" w14:paraId="1635D848" w14:textId="77777777" w:rsidTr="00BE143D">
        <w:tc>
          <w:tcPr>
            <w:tcW w:w="2160" w:type="dxa"/>
          </w:tcPr>
          <w:p w14:paraId="7C978F3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5D5E03A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7ABDF87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Котята играют</w:t>
            </w:r>
          </w:p>
        </w:tc>
        <w:tc>
          <w:tcPr>
            <w:tcW w:w="2160" w:type="dxa"/>
          </w:tcPr>
          <w:p w14:paraId="64F1401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6958C8A3" w14:textId="77777777" w:rsidTr="00BE143D">
        <w:tc>
          <w:tcPr>
            <w:tcW w:w="2160" w:type="dxa"/>
          </w:tcPr>
          <w:p w14:paraId="2AB6EEA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46EEC58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511D8B3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Медведь идёт</w:t>
            </w:r>
          </w:p>
        </w:tc>
        <w:tc>
          <w:tcPr>
            <w:tcW w:w="2160" w:type="dxa"/>
          </w:tcPr>
          <w:p w14:paraId="757374E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движениям</w:t>
            </w:r>
          </w:p>
        </w:tc>
      </w:tr>
      <w:tr w:rsidR="00AE0C77" w:rsidRPr="00AE0C77" w14:paraId="0B2DBB2D" w14:textId="77777777" w:rsidTr="00BE143D">
        <w:tc>
          <w:tcPr>
            <w:tcW w:w="2160" w:type="dxa"/>
          </w:tcPr>
          <w:p w14:paraId="0E1605D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7DEA967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2B9A53A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Ветер воет</w:t>
            </w:r>
          </w:p>
        </w:tc>
        <w:tc>
          <w:tcPr>
            <w:tcW w:w="2160" w:type="dxa"/>
          </w:tcPr>
          <w:p w14:paraId="5A87149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Музыкально-ритмическая игра</w:t>
            </w:r>
          </w:p>
        </w:tc>
      </w:tr>
      <w:tr w:rsidR="00AE0C77" w:rsidRPr="00AE0C77" w14:paraId="2F82C2F9" w14:textId="77777777" w:rsidTr="00BE143D">
        <w:tc>
          <w:tcPr>
            <w:tcW w:w="2160" w:type="dxa"/>
          </w:tcPr>
          <w:p w14:paraId="74726A6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64693FC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34C04BB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Лошадки скачут</w:t>
            </w:r>
          </w:p>
        </w:tc>
        <w:tc>
          <w:tcPr>
            <w:tcW w:w="2160" w:type="dxa"/>
          </w:tcPr>
          <w:p w14:paraId="5024D16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предметами</w:t>
            </w:r>
          </w:p>
        </w:tc>
      </w:tr>
      <w:tr w:rsidR="00AE0C77" w:rsidRPr="00AE0C77" w14:paraId="39CB9166" w14:textId="77777777" w:rsidTr="00BE143D">
        <w:tc>
          <w:tcPr>
            <w:tcW w:w="2160" w:type="dxa"/>
          </w:tcPr>
          <w:p w14:paraId="467EA0C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02EAAF5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005637B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Мальчики и девочки</w:t>
            </w:r>
          </w:p>
        </w:tc>
        <w:tc>
          <w:tcPr>
            <w:tcW w:w="2160" w:type="dxa"/>
          </w:tcPr>
          <w:p w14:paraId="06A3179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Парные движения</w:t>
            </w:r>
          </w:p>
        </w:tc>
      </w:tr>
      <w:tr w:rsidR="00AE0C77" w:rsidRPr="00AE0C77" w14:paraId="2F1BAC97" w14:textId="77777777" w:rsidTr="00BE143D">
        <w:tc>
          <w:tcPr>
            <w:tcW w:w="2160" w:type="dxa"/>
          </w:tcPr>
          <w:p w14:paraId="5195D87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7C9D632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3CF0E16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Машина едет</w:t>
            </w:r>
          </w:p>
        </w:tc>
        <w:tc>
          <w:tcPr>
            <w:tcW w:w="2160" w:type="dxa"/>
          </w:tcPr>
          <w:p w14:paraId="0003DC0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7788AFAC" w14:textId="77777777" w:rsidTr="00BE143D">
        <w:tc>
          <w:tcPr>
            <w:tcW w:w="2160" w:type="dxa"/>
          </w:tcPr>
          <w:p w14:paraId="53B8E65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Февраль</w:t>
            </w:r>
          </w:p>
        </w:tc>
        <w:tc>
          <w:tcPr>
            <w:tcW w:w="2160" w:type="dxa"/>
          </w:tcPr>
          <w:p w14:paraId="776A465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4319D4A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Паровозик стучит</w:t>
            </w:r>
          </w:p>
        </w:tc>
        <w:tc>
          <w:tcPr>
            <w:tcW w:w="2160" w:type="dxa"/>
          </w:tcPr>
          <w:p w14:paraId="50FF91C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Колонна</w:t>
            </w:r>
          </w:p>
        </w:tc>
      </w:tr>
      <w:tr w:rsidR="00AE0C77" w:rsidRPr="00AE0C77" w14:paraId="07D39EA0" w14:textId="77777777" w:rsidTr="00BE143D">
        <w:tc>
          <w:tcPr>
            <w:tcW w:w="2160" w:type="dxa"/>
          </w:tcPr>
          <w:p w14:paraId="51C849A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0BBE625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21D0435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Весна идёт</w:t>
            </w:r>
          </w:p>
        </w:tc>
        <w:tc>
          <w:tcPr>
            <w:tcW w:w="2160" w:type="dxa"/>
          </w:tcPr>
          <w:p w14:paraId="4DB3DA8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Круговой танец</w:t>
            </w:r>
          </w:p>
        </w:tc>
      </w:tr>
      <w:tr w:rsidR="00AE0C77" w:rsidRPr="00AE0C77" w14:paraId="7F6297AB" w14:textId="77777777" w:rsidTr="00BE143D">
        <w:tc>
          <w:tcPr>
            <w:tcW w:w="2160" w:type="dxa"/>
          </w:tcPr>
          <w:p w14:paraId="5C79265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2EC06C4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27070B7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Капель</w:t>
            </w:r>
          </w:p>
        </w:tc>
        <w:tc>
          <w:tcPr>
            <w:tcW w:w="2160" w:type="dxa"/>
          </w:tcPr>
          <w:p w14:paraId="544F404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погремушками</w:t>
            </w:r>
          </w:p>
        </w:tc>
      </w:tr>
      <w:tr w:rsidR="00AE0C77" w:rsidRPr="00AE0C77" w14:paraId="12A405BA" w14:textId="77777777" w:rsidTr="00BE143D">
        <w:tc>
          <w:tcPr>
            <w:tcW w:w="2160" w:type="dxa"/>
          </w:tcPr>
          <w:p w14:paraId="0461893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2CD8B8E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113A2DD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Птички прилетели</w:t>
            </w:r>
          </w:p>
        </w:tc>
        <w:tc>
          <w:tcPr>
            <w:tcW w:w="2160" w:type="dxa"/>
          </w:tcPr>
          <w:p w14:paraId="7FFC71B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629B7819" w14:textId="77777777" w:rsidTr="00BE143D">
        <w:tc>
          <w:tcPr>
            <w:tcW w:w="2160" w:type="dxa"/>
          </w:tcPr>
          <w:p w14:paraId="397C6E8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75A95FE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7DD1DEF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Цветочки расцвели</w:t>
            </w:r>
          </w:p>
        </w:tc>
        <w:tc>
          <w:tcPr>
            <w:tcW w:w="2160" w:type="dxa"/>
          </w:tcPr>
          <w:p w14:paraId="77646C4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платочками</w:t>
            </w:r>
          </w:p>
        </w:tc>
      </w:tr>
      <w:tr w:rsidR="00AE0C77" w:rsidRPr="00AE0C77" w14:paraId="04CF37B6" w14:textId="77777777" w:rsidTr="00BE143D">
        <w:tc>
          <w:tcPr>
            <w:tcW w:w="2160" w:type="dxa"/>
          </w:tcPr>
          <w:p w14:paraId="015B44D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256D3D0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6ACA391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Куклы качаются</w:t>
            </w:r>
          </w:p>
        </w:tc>
        <w:tc>
          <w:tcPr>
            <w:tcW w:w="2160" w:type="dxa"/>
          </w:tcPr>
          <w:p w14:paraId="6AFCF1A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движениям</w:t>
            </w:r>
          </w:p>
        </w:tc>
      </w:tr>
      <w:tr w:rsidR="00AE0C77" w:rsidRPr="00AE0C77" w14:paraId="0DFCFEE7" w14:textId="77777777" w:rsidTr="00BE143D">
        <w:tc>
          <w:tcPr>
            <w:tcW w:w="2160" w:type="dxa"/>
          </w:tcPr>
          <w:p w14:paraId="1C9902D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350E645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042B677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Наурыз-көже</w:t>
            </w:r>
          </w:p>
        </w:tc>
        <w:tc>
          <w:tcPr>
            <w:tcW w:w="2160" w:type="dxa"/>
          </w:tcPr>
          <w:p w14:paraId="102C491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Игра, хоровод</w:t>
            </w:r>
          </w:p>
        </w:tc>
      </w:tr>
      <w:tr w:rsidR="00AE0C77" w:rsidRPr="00AE0C77" w14:paraId="5FB1C539" w14:textId="77777777" w:rsidTr="00BE143D">
        <w:tc>
          <w:tcPr>
            <w:tcW w:w="2160" w:type="dxa"/>
          </w:tcPr>
          <w:p w14:paraId="3DCBADF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Март</w:t>
            </w:r>
          </w:p>
        </w:tc>
        <w:tc>
          <w:tcPr>
            <w:tcW w:w="2160" w:type="dxa"/>
          </w:tcPr>
          <w:p w14:paraId="49DD087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3F997D4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Весенний дождик</w:t>
            </w:r>
          </w:p>
        </w:tc>
        <w:tc>
          <w:tcPr>
            <w:tcW w:w="2160" w:type="dxa"/>
          </w:tcPr>
          <w:p w14:paraId="7E67659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6FF483F5" w14:textId="77777777" w:rsidTr="00BE143D">
        <w:tc>
          <w:tcPr>
            <w:tcW w:w="2160" w:type="dxa"/>
          </w:tcPr>
          <w:p w14:paraId="41E7F45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Март</w:t>
            </w:r>
          </w:p>
        </w:tc>
        <w:tc>
          <w:tcPr>
            <w:tcW w:w="2160" w:type="dxa"/>
          </w:tcPr>
          <w:p w14:paraId="7A95CF9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604A158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Наурыз – праздник весны</w:t>
            </w:r>
          </w:p>
        </w:tc>
        <w:tc>
          <w:tcPr>
            <w:tcW w:w="2160" w:type="dxa"/>
          </w:tcPr>
          <w:p w14:paraId="1529642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Хоровод, танцевальная игра</w:t>
            </w:r>
          </w:p>
        </w:tc>
      </w:tr>
      <w:tr w:rsidR="00AE0C77" w:rsidRPr="00AE0C77" w14:paraId="38D4A2C9" w14:textId="77777777" w:rsidTr="00BE143D">
        <w:tc>
          <w:tcPr>
            <w:tcW w:w="2160" w:type="dxa"/>
          </w:tcPr>
          <w:p w14:paraId="1277530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06B810B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5E666E5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Ручейки бегут</w:t>
            </w:r>
          </w:p>
        </w:tc>
        <w:tc>
          <w:tcPr>
            <w:tcW w:w="2160" w:type="dxa"/>
          </w:tcPr>
          <w:p w14:paraId="1AA4A18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Музыкально-ритмическая игра</w:t>
            </w:r>
          </w:p>
        </w:tc>
      </w:tr>
      <w:tr w:rsidR="00AE0C77" w:rsidRPr="00AE0C77" w14:paraId="692600C7" w14:textId="77777777" w:rsidTr="00BE143D">
        <w:tc>
          <w:tcPr>
            <w:tcW w:w="2160" w:type="dxa"/>
          </w:tcPr>
          <w:p w14:paraId="5075D97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5424083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055BEDF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Бабочки летают</w:t>
            </w:r>
          </w:p>
        </w:tc>
        <w:tc>
          <w:tcPr>
            <w:tcW w:w="2160" w:type="dxa"/>
          </w:tcPr>
          <w:p w14:paraId="32C5CBB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ленточками</w:t>
            </w:r>
          </w:p>
        </w:tc>
      </w:tr>
      <w:tr w:rsidR="00AE0C77" w:rsidRPr="00AE0C77" w14:paraId="5F247DB2" w14:textId="77777777" w:rsidTr="00BE143D">
        <w:tc>
          <w:tcPr>
            <w:tcW w:w="2160" w:type="dxa"/>
          </w:tcPr>
          <w:p w14:paraId="71F8BA7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6E156D5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470FCEC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Кораблики на воде</w:t>
            </w:r>
          </w:p>
        </w:tc>
        <w:tc>
          <w:tcPr>
            <w:tcW w:w="2160" w:type="dxa"/>
          </w:tcPr>
          <w:p w14:paraId="447BDEF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движениями</w:t>
            </w:r>
          </w:p>
        </w:tc>
      </w:tr>
      <w:tr w:rsidR="00AE0C77" w:rsidRPr="00AE0C77" w14:paraId="12D68D29" w14:textId="77777777" w:rsidTr="00BE143D">
        <w:tc>
          <w:tcPr>
            <w:tcW w:w="2160" w:type="dxa"/>
          </w:tcPr>
          <w:p w14:paraId="15F6EDB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3D09FCA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432DE8C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Цветик-семицветик</w:t>
            </w:r>
          </w:p>
        </w:tc>
        <w:tc>
          <w:tcPr>
            <w:tcW w:w="2160" w:type="dxa"/>
          </w:tcPr>
          <w:p w14:paraId="53482C4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движениям</w:t>
            </w:r>
          </w:p>
        </w:tc>
      </w:tr>
      <w:tr w:rsidR="00AE0C77" w:rsidRPr="00AE0C77" w14:paraId="4D95B341" w14:textId="77777777" w:rsidTr="00BE143D">
        <w:tc>
          <w:tcPr>
            <w:tcW w:w="2160" w:type="dxa"/>
          </w:tcPr>
          <w:p w14:paraId="4BF225A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239C382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3B226BD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Птички поют</w:t>
            </w:r>
          </w:p>
        </w:tc>
        <w:tc>
          <w:tcPr>
            <w:tcW w:w="2160" w:type="dxa"/>
          </w:tcPr>
          <w:p w14:paraId="328FB16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звукам</w:t>
            </w:r>
          </w:p>
        </w:tc>
      </w:tr>
      <w:tr w:rsidR="00AE0C77" w:rsidRPr="00AE0C77" w14:paraId="64162532" w14:textId="77777777" w:rsidTr="00BE143D">
        <w:tc>
          <w:tcPr>
            <w:tcW w:w="2160" w:type="dxa"/>
          </w:tcPr>
          <w:p w14:paraId="030AA19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49E6546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243FF95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Весёлые зверята</w:t>
            </w:r>
          </w:p>
        </w:tc>
        <w:tc>
          <w:tcPr>
            <w:tcW w:w="2160" w:type="dxa"/>
          </w:tcPr>
          <w:p w14:paraId="454E336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Подвижная игра</w:t>
            </w:r>
          </w:p>
        </w:tc>
      </w:tr>
      <w:tr w:rsidR="00AE0C77" w:rsidRPr="00AE0C77" w14:paraId="6E509A3D" w14:textId="77777777" w:rsidTr="00BE143D">
        <w:tc>
          <w:tcPr>
            <w:tcW w:w="2160" w:type="dxa"/>
          </w:tcPr>
          <w:p w14:paraId="409DCCE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00CA765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72299DF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Кролики прыгают</w:t>
            </w:r>
          </w:p>
        </w:tc>
        <w:tc>
          <w:tcPr>
            <w:tcW w:w="2160" w:type="dxa"/>
          </w:tcPr>
          <w:p w14:paraId="419E3B2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5D76DA7A" w14:textId="77777777" w:rsidTr="00BE143D">
        <w:tc>
          <w:tcPr>
            <w:tcW w:w="2160" w:type="dxa"/>
          </w:tcPr>
          <w:p w14:paraId="253A0A2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Апрель</w:t>
            </w:r>
          </w:p>
        </w:tc>
        <w:tc>
          <w:tcPr>
            <w:tcW w:w="2160" w:type="dxa"/>
          </w:tcPr>
          <w:p w14:paraId="3EA4348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3C8058B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Солнышко светит</w:t>
            </w:r>
          </w:p>
        </w:tc>
        <w:tc>
          <w:tcPr>
            <w:tcW w:w="2160" w:type="dxa"/>
          </w:tcPr>
          <w:p w14:paraId="22D8425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</w:t>
            </w:r>
          </w:p>
        </w:tc>
      </w:tr>
      <w:tr w:rsidR="00AE0C77" w:rsidRPr="00AE0C77" w14:paraId="748E4697" w14:textId="77777777" w:rsidTr="00BE143D">
        <w:tc>
          <w:tcPr>
            <w:tcW w:w="2160" w:type="dxa"/>
          </w:tcPr>
          <w:p w14:paraId="33A85B5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5CC56E2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1D1F9B9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Деревья растут</w:t>
            </w:r>
          </w:p>
        </w:tc>
        <w:tc>
          <w:tcPr>
            <w:tcW w:w="2160" w:type="dxa"/>
          </w:tcPr>
          <w:p w14:paraId="609FFBD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Подражательные движения</w:t>
            </w:r>
          </w:p>
        </w:tc>
      </w:tr>
      <w:tr w:rsidR="00AE0C77" w:rsidRPr="00AE0C77" w14:paraId="2FD012BE" w14:textId="77777777" w:rsidTr="00BE143D">
        <w:tc>
          <w:tcPr>
            <w:tcW w:w="2160" w:type="dxa"/>
          </w:tcPr>
          <w:p w14:paraId="113711F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08B99F3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2160" w:type="dxa"/>
          </w:tcPr>
          <w:p w14:paraId="541E542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Весёлый мячик</w:t>
            </w:r>
          </w:p>
        </w:tc>
        <w:tc>
          <w:tcPr>
            <w:tcW w:w="2160" w:type="dxa"/>
          </w:tcPr>
          <w:p w14:paraId="2A8E4A9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Игра с мячами</w:t>
            </w:r>
          </w:p>
        </w:tc>
      </w:tr>
      <w:tr w:rsidR="00AE0C77" w:rsidRPr="00AE0C77" w14:paraId="360C8923" w14:textId="77777777" w:rsidTr="00BE143D">
        <w:tc>
          <w:tcPr>
            <w:tcW w:w="2160" w:type="dxa"/>
          </w:tcPr>
          <w:p w14:paraId="5C6BC9F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2E307C8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1526E2F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Птички поют</w:t>
            </w:r>
          </w:p>
        </w:tc>
        <w:tc>
          <w:tcPr>
            <w:tcW w:w="2160" w:type="dxa"/>
          </w:tcPr>
          <w:p w14:paraId="0FDD40D3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звукам</w:t>
            </w:r>
          </w:p>
        </w:tc>
      </w:tr>
      <w:tr w:rsidR="00AE0C77" w:rsidRPr="00AE0C77" w14:paraId="65CE1CC8" w14:textId="77777777" w:rsidTr="00BE143D">
        <w:tc>
          <w:tcPr>
            <w:tcW w:w="2160" w:type="dxa"/>
          </w:tcPr>
          <w:p w14:paraId="19F5DD2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083302E8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2160" w:type="dxa"/>
          </w:tcPr>
          <w:p w14:paraId="280345E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Котята играют</w:t>
            </w:r>
          </w:p>
        </w:tc>
        <w:tc>
          <w:tcPr>
            <w:tcW w:w="2160" w:type="dxa"/>
          </w:tcPr>
          <w:p w14:paraId="209DEE5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Подражание движениям</w:t>
            </w:r>
          </w:p>
        </w:tc>
      </w:tr>
      <w:tr w:rsidR="00AE0C77" w:rsidRPr="00AE0C77" w14:paraId="7106D4A2" w14:textId="77777777" w:rsidTr="00BE143D">
        <w:tc>
          <w:tcPr>
            <w:tcW w:w="2160" w:type="dxa"/>
          </w:tcPr>
          <w:p w14:paraId="2F330AE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54374A5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682BCB7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Дружим вместе</w:t>
            </w:r>
          </w:p>
        </w:tc>
        <w:tc>
          <w:tcPr>
            <w:tcW w:w="2160" w:type="dxa"/>
          </w:tcPr>
          <w:p w14:paraId="73286DBD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Хоровод</w:t>
            </w:r>
          </w:p>
        </w:tc>
      </w:tr>
      <w:tr w:rsidR="00AE0C77" w:rsidRPr="00AE0C77" w14:paraId="6148BF2D" w14:textId="77777777" w:rsidTr="00BE143D">
        <w:tc>
          <w:tcPr>
            <w:tcW w:w="2160" w:type="dxa"/>
          </w:tcPr>
          <w:p w14:paraId="2E18372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72078C3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14:paraId="269BA9D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Бабочки летают</w:t>
            </w:r>
          </w:p>
        </w:tc>
        <w:tc>
          <w:tcPr>
            <w:tcW w:w="2160" w:type="dxa"/>
          </w:tcPr>
          <w:p w14:paraId="3CCEB6D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Танец с ленточками</w:t>
            </w:r>
          </w:p>
        </w:tc>
      </w:tr>
      <w:tr w:rsidR="00AE0C77" w:rsidRPr="00AE0C77" w14:paraId="14A299B9" w14:textId="77777777" w:rsidTr="00BE143D">
        <w:tc>
          <w:tcPr>
            <w:tcW w:w="2160" w:type="dxa"/>
          </w:tcPr>
          <w:p w14:paraId="3EDB0B3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Май</w:t>
            </w:r>
          </w:p>
        </w:tc>
        <w:tc>
          <w:tcPr>
            <w:tcW w:w="2160" w:type="dxa"/>
          </w:tcPr>
          <w:p w14:paraId="744A566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62E2BA2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Праздник весны</w:t>
            </w:r>
          </w:p>
        </w:tc>
        <w:tc>
          <w:tcPr>
            <w:tcW w:w="2160" w:type="dxa"/>
          </w:tcPr>
          <w:p w14:paraId="2F0CAF0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Танцевальная игра</w:t>
            </w:r>
          </w:p>
        </w:tc>
      </w:tr>
      <w:tr w:rsidR="00AE0C77" w:rsidRPr="00AE0C77" w14:paraId="38112902" w14:textId="77777777" w:rsidTr="00BE143D">
        <w:tc>
          <w:tcPr>
            <w:tcW w:w="2160" w:type="dxa"/>
          </w:tcPr>
          <w:p w14:paraId="3CF0185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Май</w:t>
            </w:r>
          </w:p>
        </w:tc>
        <w:tc>
          <w:tcPr>
            <w:tcW w:w="2160" w:type="dxa"/>
          </w:tcPr>
          <w:p w14:paraId="61E18130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2160" w:type="dxa"/>
          </w:tcPr>
          <w:p w14:paraId="2325FD42" w14:textId="77777777" w:rsidR="00C9273F" w:rsidRPr="00AE0C77" w:rsidRDefault="00263604">
            <w:pPr>
              <w:rPr>
                <w:rFonts w:cs="Times New Roman"/>
                <w:szCs w:val="28"/>
                <w:lang w:val="ru-RU"/>
              </w:rPr>
            </w:pPr>
            <w:r w:rsidRPr="00AE0C77">
              <w:rPr>
                <w:rFonts w:cs="Times New Roman"/>
                <w:szCs w:val="28"/>
                <w:lang w:val="ru-RU"/>
              </w:rPr>
              <w:t>Танец ко Дню защиты детей</w:t>
            </w:r>
          </w:p>
        </w:tc>
        <w:tc>
          <w:tcPr>
            <w:tcW w:w="2160" w:type="dxa"/>
          </w:tcPr>
          <w:p w14:paraId="0371994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Праздничное занятие</w:t>
            </w:r>
          </w:p>
        </w:tc>
      </w:tr>
    </w:tbl>
    <w:p w14:paraId="055EF5C4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</w:rPr>
        <w:t>Материально-техническое обеспечение</w:t>
      </w:r>
    </w:p>
    <w:p w14:paraId="270710FC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– Музыкальная аппаратура.</w:t>
      </w:r>
      <w:r w:rsidRPr="00AE0C77">
        <w:rPr>
          <w:rFonts w:cs="Times New Roman"/>
          <w:szCs w:val="28"/>
          <w:lang w:val="ru-RU"/>
        </w:rPr>
        <w:br/>
        <w:t>– Игрушки: мячи, куклы, ленточки, платочки, погремушки.</w:t>
      </w:r>
      <w:r w:rsidRPr="00AE0C77">
        <w:rPr>
          <w:rFonts w:cs="Times New Roman"/>
          <w:szCs w:val="28"/>
          <w:lang w:val="ru-RU"/>
        </w:rPr>
        <w:br/>
        <w:t>– Элементы национальной атрибутики (лоскутки с орнаментом, игрушечные домбры).</w:t>
      </w:r>
      <w:r w:rsidRPr="00AE0C77">
        <w:rPr>
          <w:rFonts w:cs="Times New Roman"/>
          <w:szCs w:val="28"/>
          <w:lang w:val="ru-RU"/>
        </w:rPr>
        <w:br/>
        <w:t>– Просторное помещение.</w:t>
      </w:r>
    </w:p>
    <w:p w14:paraId="5523508A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  <w:lang w:val="ru-RU"/>
        </w:rPr>
        <w:t>Литература</w:t>
      </w:r>
    </w:p>
    <w:p w14:paraId="46D5926D" w14:textId="77777777" w:rsidR="00C9273F" w:rsidRPr="00AE0C77" w:rsidRDefault="00263604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1. Музыкальные игры для малышей. – Алматы, 2020.</w:t>
      </w:r>
      <w:r w:rsidRPr="00AE0C77">
        <w:rPr>
          <w:rFonts w:cs="Times New Roman"/>
          <w:szCs w:val="28"/>
          <w:lang w:val="ru-RU"/>
        </w:rPr>
        <w:br/>
        <w:t>2. Ритмика и танцевальные игры для раннего возраста. – Астана, 2021.</w:t>
      </w:r>
    </w:p>
    <w:p w14:paraId="0A5F46B4" w14:textId="77777777" w:rsidR="00BE143D" w:rsidRDefault="00BE143D">
      <w:pPr>
        <w:rPr>
          <w:rFonts w:cs="Times New Roman"/>
          <w:szCs w:val="28"/>
          <w:lang w:val="ru-RU"/>
        </w:rPr>
      </w:pPr>
      <w:r w:rsidRPr="00AE0C77">
        <w:rPr>
          <w:rFonts w:cs="Times New Roman"/>
          <w:szCs w:val="28"/>
          <w:lang w:val="ru-RU"/>
        </w:rPr>
        <w:t>3.</w:t>
      </w:r>
      <w:r w:rsidR="006B2378">
        <w:rPr>
          <w:rFonts w:cs="Times New Roman"/>
          <w:szCs w:val="28"/>
          <w:lang w:val="ru-RU"/>
        </w:rPr>
        <w:t>Тюрина  Н .Е Музыкально- ритмические движения и игры в детском саду .-Москва:Мозаика –Синтез,2019.</w:t>
      </w:r>
    </w:p>
    <w:p w14:paraId="04281879" w14:textId="77777777" w:rsidR="006B2378" w:rsidRDefault="006B2378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4.Швайко Г.С Музыкальные игры и упражнения для детей раннего возраста.-Санкт-Петербург:Детство-Пресс,2020.</w:t>
      </w:r>
    </w:p>
    <w:p w14:paraId="113F8C76" w14:textId="77777777" w:rsidR="006B2378" w:rsidRPr="00AE0C77" w:rsidRDefault="006B2378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5.Дронова Т.Н Музыкальные занятия в раннем и младшем возрасте.-Москва:Мозаика-Синтез,2017.</w:t>
      </w:r>
    </w:p>
    <w:p w14:paraId="4DFC4EAD" w14:textId="77777777" w:rsidR="00C9273F" w:rsidRPr="00AE0C77" w:rsidRDefault="00263604">
      <w:pPr>
        <w:pStyle w:val="21"/>
        <w:rPr>
          <w:rFonts w:ascii="Times New Roman" w:hAnsi="Times New Roman" w:cs="Times New Roman"/>
          <w:color w:val="auto"/>
          <w:sz w:val="28"/>
          <w:szCs w:val="28"/>
        </w:rPr>
      </w:pPr>
      <w:r w:rsidRPr="00AE0C77">
        <w:rPr>
          <w:rFonts w:ascii="Times New Roman" w:hAnsi="Times New Roman" w:cs="Times New Roman"/>
          <w:color w:val="auto"/>
          <w:sz w:val="28"/>
          <w:szCs w:val="28"/>
        </w:rPr>
        <w:t>Список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8"/>
        <w:gridCol w:w="4318"/>
      </w:tblGrid>
      <w:tr w:rsidR="00AE0C77" w:rsidRPr="00AE0C77" w14:paraId="3E537F86" w14:textId="77777777" w:rsidTr="00BE143D">
        <w:tc>
          <w:tcPr>
            <w:tcW w:w="4320" w:type="dxa"/>
          </w:tcPr>
          <w:p w14:paraId="63632B7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№</w:t>
            </w:r>
          </w:p>
        </w:tc>
        <w:tc>
          <w:tcPr>
            <w:tcW w:w="4320" w:type="dxa"/>
          </w:tcPr>
          <w:p w14:paraId="6E86A42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ФИО ребёнка</w:t>
            </w:r>
          </w:p>
        </w:tc>
      </w:tr>
      <w:tr w:rsidR="00AE0C77" w:rsidRPr="00AE0C77" w14:paraId="6C0D144A" w14:textId="77777777" w:rsidTr="00BE143D">
        <w:tc>
          <w:tcPr>
            <w:tcW w:w="4320" w:type="dxa"/>
          </w:tcPr>
          <w:p w14:paraId="2450032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</w:t>
            </w:r>
          </w:p>
        </w:tc>
        <w:tc>
          <w:tcPr>
            <w:tcW w:w="4320" w:type="dxa"/>
          </w:tcPr>
          <w:p w14:paraId="2C9505D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Абай София</w:t>
            </w:r>
          </w:p>
        </w:tc>
      </w:tr>
      <w:tr w:rsidR="00AE0C77" w:rsidRPr="00AE0C77" w14:paraId="290DAB19" w14:textId="77777777" w:rsidTr="00BE143D">
        <w:tc>
          <w:tcPr>
            <w:tcW w:w="4320" w:type="dxa"/>
          </w:tcPr>
          <w:p w14:paraId="4CD0544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2</w:t>
            </w:r>
          </w:p>
        </w:tc>
        <w:tc>
          <w:tcPr>
            <w:tcW w:w="4320" w:type="dxa"/>
          </w:tcPr>
          <w:p w14:paraId="6F3D986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Гусляров Назар</w:t>
            </w:r>
          </w:p>
        </w:tc>
      </w:tr>
      <w:tr w:rsidR="00AE0C77" w:rsidRPr="00AE0C77" w14:paraId="1C4B7BAB" w14:textId="77777777" w:rsidTr="00BE143D">
        <w:tc>
          <w:tcPr>
            <w:tcW w:w="4320" w:type="dxa"/>
          </w:tcPr>
          <w:p w14:paraId="0C69B0BB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3</w:t>
            </w:r>
          </w:p>
        </w:tc>
        <w:tc>
          <w:tcPr>
            <w:tcW w:w="4320" w:type="dxa"/>
          </w:tcPr>
          <w:p w14:paraId="4DADB6D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Гущина София</w:t>
            </w:r>
          </w:p>
        </w:tc>
      </w:tr>
      <w:tr w:rsidR="00AE0C77" w:rsidRPr="00AE0C77" w14:paraId="465B7378" w14:textId="77777777" w:rsidTr="00BE143D">
        <w:tc>
          <w:tcPr>
            <w:tcW w:w="4320" w:type="dxa"/>
          </w:tcPr>
          <w:p w14:paraId="16D41FB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4</w:t>
            </w:r>
          </w:p>
        </w:tc>
        <w:tc>
          <w:tcPr>
            <w:tcW w:w="4320" w:type="dxa"/>
          </w:tcPr>
          <w:p w14:paraId="62D2A6F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Джухасов Болатхан</w:t>
            </w:r>
          </w:p>
        </w:tc>
      </w:tr>
      <w:tr w:rsidR="00AE0C77" w:rsidRPr="00AE0C77" w14:paraId="51EC6341" w14:textId="77777777" w:rsidTr="00BE143D">
        <w:tc>
          <w:tcPr>
            <w:tcW w:w="4320" w:type="dxa"/>
          </w:tcPr>
          <w:p w14:paraId="3D69AF77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5</w:t>
            </w:r>
          </w:p>
        </w:tc>
        <w:tc>
          <w:tcPr>
            <w:tcW w:w="4320" w:type="dxa"/>
          </w:tcPr>
          <w:p w14:paraId="1A7D3F2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Емельяненко Елисей</w:t>
            </w:r>
          </w:p>
        </w:tc>
      </w:tr>
      <w:tr w:rsidR="00AE0C77" w:rsidRPr="00AE0C77" w14:paraId="1EEBAE14" w14:textId="77777777" w:rsidTr="00BE143D">
        <w:tc>
          <w:tcPr>
            <w:tcW w:w="4320" w:type="dxa"/>
          </w:tcPr>
          <w:p w14:paraId="74A8954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6</w:t>
            </w:r>
          </w:p>
        </w:tc>
        <w:tc>
          <w:tcPr>
            <w:tcW w:w="4320" w:type="dxa"/>
          </w:tcPr>
          <w:p w14:paraId="02735E0C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Каракоз Демис</w:t>
            </w:r>
          </w:p>
        </w:tc>
      </w:tr>
      <w:tr w:rsidR="00AE0C77" w:rsidRPr="00AE0C77" w14:paraId="2FF59762" w14:textId="77777777" w:rsidTr="00BE143D">
        <w:tc>
          <w:tcPr>
            <w:tcW w:w="4320" w:type="dxa"/>
          </w:tcPr>
          <w:p w14:paraId="52820631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7</w:t>
            </w:r>
          </w:p>
        </w:tc>
        <w:tc>
          <w:tcPr>
            <w:tcW w:w="4320" w:type="dxa"/>
          </w:tcPr>
          <w:p w14:paraId="613456DF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Лантух Степан</w:t>
            </w:r>
          </w:p>
        </w:tc>
      </w:tr>
      <w:tr w:rsidR="00AE0C77" w:rsidRPr="00AE0C77" w14:paraId="2D8EF17E" w14:textId="77777777" w:rsidTr="00BE143D">
        <w:tc>
          <w:tcPr>
            <w:tcW w:w="4320" w:type="dxa"/>
          </w:tcPr>
          <w:p w14:paraId="7BBD536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8</w:t>
            </w:r>
          </w:p>
        </w:tc>
        <w:tc>
          <w:tcPr>
            <w:tcW w:w="4320" w:type="dxa"/>
          </w:tcPr>
          <w:p w14:paraId="2936921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Минина Мия</w:t>
            </w:r>
          </w:p>
        </w:tc>
      </w:tr>
      <w:tr w:rsidR="00AE0C77" w:rsidRPr="00AE0C77" w14:paraId="47E1EA0F" w14:textId="77777777" w:rsidTr="00BE143D">
        <w:tc>
          <w:tcPr>
            <w:tcW w:w="4320" w:type="dxa"/>
          </w:tcPr>
          <w:p w14:paraId="5FD33BA6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lastRenderedPageBreak/>
              <w:t>9</w:t>
            </w:r>
          </w:p>
        </w:tc>
        <w:tc>
          <w:tcPr>
            <w:tcW w:w="4320" w:type="dxa"/>
          </w:tcPr>
          <w:p w14:paraId="45A43715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Сыздыков Рамиль</w:t>
            </w:r>
          </w:p>
        </w:tc>
      </w:tr>
      <w:tr w:rsidR="00AE0C77" w:rsidRPr="00AE0C77" w14:paraId="07E4438B" w14:textId="77777777" w:rsidTr="00BE143D">
        <w:tc>
          <w:tcPr>
            <w:tcW w:w="4320" w:type="dxa"/>
          </w:tcPr>
          <w:p w14:paraId="40DD1B97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10</w:t>
            </w:r>
          </w:p>
        </w:tc>
        <w:tc>
          <w:tcPr>
            <w:tcW w:w="4320" w:type="dxa"/>
          </w:tcPr>
          <w:p w14:paraId="7D783709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Пронин Марк</w:t>
            </w:r>
          </w:p>
        </w:tc>
      </w:tr>
      <w:tr w:rsidR="00AE0C77" w:rsidRPr="00AE0C77" w14:paraId="30440608" w14:textId="77777777" w:rsidTr="00BE143D">
        <w:tc>
          <w:tcPr>
            <w:tcW w:w="4320" w:type="dxa"/>
          </w:tcPr>
          <w:p w14:paraId="5AFFD4EE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11</w:t>
            </w:r>
          </w:p>
        </w:tc>
        <w:tc>
          <w:tcPr>
            <w:tcW w:w="4320" w:type="dxa"/>
          </w:tcPr>
          <w:p w14:paraId="23989976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Смирнов Лавр</w:t>
            </w:r>
          </w:p>
        </w:tc>
      </w:tr>
      <w:tr w:rsidR="00AE0C77" w:rsidRPr="00AE0C77" w14:paraId="64B3380F" w14:textId="77777777" w:rsidTr="00BE143D">
        <w:tc>
          <w:tcPr>
            <w:tcW w:w="4320" w:type="dxa"/>
          </w:tcPr>
          <w:p w14:paraId="3CA8234B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12</w:t>
            </w:r>
          </w:p>
        </w:tc>
        <w:tc>
          <w:tcPr>
            <w:tcW w:w="4320" w:type="dxa"/>
          </w:tcPr>
          <w:p w14:paraId="195ECB8A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Харитонова Полина</w:t>
            </w:r>
          </w:p>
        </w:tc>
      </w:tr>
      <w:tr w:rsidR="00AE0C77" w:rsidRPr="00AE0C77" w14:paraId="7808CE1C" w14:textId="77777777" w:rsidTr="00BE143D">
        <w:tc>
          <w:tcPr>
            <w:tcW w:w="4320" w:type="dxa"/>
          </w:tcPr>
          <w:p w14:paraId="4A7A89DD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13</w:t>
            </w:r>
          </w:p>
        </w:tc>
        <w:tc>
          <w:tcPr>
            <w:tcW w:w="4320" w:type="dxa"/>
          </w:tcPr>
          <w:p w14:paraId="5A07CB22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Череданов Максим</w:t>
            </w:r>
          </w:p>
        </w:tc>
      </w:tr>
      <w:tr w:rsidR="00AE0C77" w:rsidRPr="00AE0C77" w14:paraId="493AE7D3" w14:textId="77777777" w:rsidTr="00BE143D">
        <w:tc>
          <w:tcPr>
            <w:tcW w:w="4320" w:type="dxa"/>
          </w:tcPr>
          <w:p w14:paraId="04D8048F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14</w:t>
            </w:r>
          </w:p>
        </w:tc>
        <w:tc>
          <w:tcPr>
            <w:tcW w:w="4320" w:type="dxa"/>
          </w:tcPr>
          <w:p w14:paraId="6E338324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Ващенко Евгений</w:t>
            </w:r>
          </w:p>
        </w:tc>
      </w:tr>
      <w:tr w:rsidR="00AE0C77" w:rsidRPr="00AE0C77" w14:paraId="00EFB596" w14:textId="77777777" w:rsidTr="00BE143D">
        <w:tc>
          <w:tcPr>
            <w:tcW w:w="4320" w:type="dxa"/>
          </w:tcPr>
          <w:p w14:paraId="73DC6B48" w14:textId="77777777" w:rsidR="00C9273F" w:rsidRPr="00AE0C77" w:rsidRDefault="00BE143D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15</w:t>
            </w:r>
          </w:p>
        </w:tc>
        <w:tc>
          <w:tcPr>
            <w:tcW w:w="4320" w:type="dxa"/>
          </w:tcPr>
          <w:p w14:paraId="6A0C9CFE" w14:textId="77777777" w:rsidR="00C9273F" w:rsidRPr="00AE0C77" w:rsidRDefault="00263604">
            <w:pPr>
              <w:rPr>
                <w:rFonts w:cs="Times New Roman"/>
                <w:szCs w:val="28"/>
              </w:rPr>
            </w:pPr>
            <w:r w:rsidRPr="00AE0C77">
              <w:rPr>
                <w:rFonts w:cs="Times New Roman"/>
                <w:szCs w:val="28"/>
              </w:rPr>
              <w:t>Карелина Ева</w:t>
            </w:r>
          </w:p>
        </w:tc>
      </w:tr>
    </w:tbl>
    <w:p w14:paraId="0715F1E5" w14:textId="77777777" w:rsidR="00263604" w:rsidRPr="00AE0C77" w:rsidRDefault="00263604">
      <w:pPr>
        <w:rPr>
          <w:rFonts w:cs="Times New Roman"/>
          <w:szCs w:val="28"/>
        </w:rPr>
      </w:pPr>
    </w:p>
    <w:sectPr w:rsidR="00263604" w:rsidRPr="00AE0C77" w:rsidSect="00EC073C">
      <w:pgSz w:w="12240" w:h="15840"/>
      <w:pgMar w:top="567" w:right="1797" w:bottom="567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3604"/>
    <w:rsid w:val="0029639D"/>
    <w:rsid w:val="002A41E2"/>
    <w:rsid w:val="00326F90"/>
    <w:rsid w:val="006469D6"/>
    <w:rsid w:val="006B2378"/>
    <w:rsid w:val="00AA1D8D"/>
    <w:rsid w:val="00AE0C77"/>
    <w:rsid w:val="00B47730"/>
    <w:rsid w:val="00BA33B9"/>
    <w:rsid w:val="00BE143D"/>
    <w:rsid w:val="00C9273F"/>
    <w:rsid w:val="00CB0664"/>
    <w:rsid w:val="00DA664B"/>
    <w:rsid w:val="00EC07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2D41F"/>
  <w14:defaultImageDpi w14:val="300"/>
  <w15:docId w15:val="{AA6DDD93-DBF6-4AD7-A743-DA93DFC6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EC073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0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E99F4D-92DE-498A-AA60-D5E633AA3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906</Words>
  <Characters>5166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Анаргуль Богенбаева</cp:lastModifiedBy>
  <cp:revision>6</cp:revision>
  <dcterms:created xsi:type="dcterms:W3CDTF">2025-09-12T18:53:00Z</dcterms:created>
  <dcterms:modified xsi:type="dcterms:W3CDTF">2026-05-28T12:05:00Z</dcterms:modified>
  <cp:category/>
</cp:coreProperties>
</file>