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C73A2" w14:textId="309D8EF7" w:rsidR="007E3721" w:rsidRDefault="007E3721" w:rsidP="007E3721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7825500" wp14:editId="1A7A1BBA">
            <wp:extent cx="6154447" cy="1485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08" b="7563"/>
                    <a:stretch/>
                  </pic:blipFill>
                  <pic:spPr bwMode="auto">
                    <a:xfrm>
                      <a:off x="0" y="0"/>
                      <a:ext cx="6158597" cy="148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C96F3" w14:textId="5FB55D7E" w:rsidR="007E3721" w:rsidRDefault="007E3721" w:rsidP="007E3721">
      <w:pPr>
        <w:jc w:val="center"/>
        <w:rPr>
          <w:lang w:val="ru-RU"/>
        </w:rPr>
      </w:pPr>
    </w:p>
    <w:p w14:paraId="47F8BE2B" w14:textId="77777777" w:rsidR="007E3721" w:rsidRDefault="007E3721" w:rsidP="007E3721">
      <w:pPr>
        <w:jc w:val="center"/>
        <w:rPr>
          <w:lang w:val="ru-RU"/>
        </w:rPr>
      </w:pPr>
    </w:p>
    <w:p w14:paraId="2A9C56E6" w14:textId="2F81AF17" w:rsidR="007E3721" w:rsidRPr="007E3721" w:rsidRDefault="007E3721" w:rsidP="007E3721">
      <w:pPr>
        <w:jc w:val="center"/>
        <w:rPr>
          <w:rFonts w:eastAsia="Times New Roman" w:cs="Times New Roman"/>
          <w:b/>
          <w:bCs/>
          <w:sz w:val="52"/>
          <w:szCs w:val="52"/>
          <w:lang w:val="ru-RU" w:eastAsia="ru-RU"/>
        </w:rPr>
      </w:pPr>
      <w:r>
        <w:rPr>
          <w:rFonts w:eastAsia="Times New Roman" w:cs="Times New Roman"/>
          <w:b/>
          <w:bCs/>
          <w:sz w:val="52"/>
          <w:szCs w:val="52"/>
          <w:lang w:val="ru-RU" w:eastAsia="ru-RU"/>
        </w:rPr>
        <w:t>К</w:t>
      </w:r>
      <w:r w:rsidRPr="007E3721">
        <w:rPr>
          <w:rFonts w:eastAsia="Times New Roman" w:cs="Times New Roman"/>
          <w:b/>
          <w:bCs/>
          <w:sz w:val="52"/>
          <w:szCs w:val="52"/>
          <w:lang w:val="ru-RU" w:eastAsia="ru-RU"/>
        </w:rPr>
        <w:t>ружок</w:t>
      </w:r>
      <w:r>
        <w:rPr>
          <w:rFonts w:eastAsia="Times New Roman" w:cs="Times New Roman"/>
          <w:b/>
          <w:bCs/>
          <w:sz w:val="52"/>
          <w:szCs w:val="52"/>
          <w:lang w:val="ru-RU" w:eastAsia="ru-RU"/>
        </w:rPr>
        <w:t>:</w:t>
      </w:r>
      <w:r w:rsidRPr="007E3721">
        <w:rPr>
          <w:rFonts w:eastAsia="Times New Roman" w:cs="Times New Roman"/>
          <w:b/>
          <w:bCs/>
          <w:sz w:val="52"/>
          <w:szCs w:val="52"/>
          <w:lang w:val="ru-RU" w:eastAsia="ru-RU"/>
        </w:rPr>
        <w:t xml:space="preserve"> </w:t>
      </w:r>
    </w:p>
    <w:p w14:paraId="4ABE77DE" w14:textId="2B130DE4" w:rsidR="007E3721" w:rsidRPr="007E3721" w:rsidRDefault="007E3721" w:rsidP="007E3721">
      <w:pPr>
        <w:spacing w:after="0" w:line="240" w:lineRule="auto"/>
        <w:jc w:val="center"/>
        <w:rPr>
          <w:rFonts w:eastAsia="Times New Roman" w:cs="Times New Roman"/>
          <w:b/>
          <w:bCs/>
          <w:sz w:val="52"/>
          <w:szCs w:val="52"/>
          <w:lang w:val="ru-RU" w:eastAsia="ru-RU"/>
        </w:rPr>
      </w:pPr>
      <w:r w:rsidRPr="007E3721">
        <w:rPr>
          <w:rFonts w:eastAsia="Times New Roman" w:cs="Times New Roman"/>
          <w:b/>
          <w:bCs/>
          <w:sz w:val="52"/>
          <w:szCs w:val="52"/>
          <w:lang w:val="ru-RU" w:eastAsia="ru-RU"/>
        </w:rPr>
        <w:t>«</w:t>
      </w:r>
      <w:r>
        <w:rPr>
          <w:rFonts w:eastAsia="Times New Roman" w:cs="Times New Roman"/>
          <w:b/>
          <w:bCs/>
          <w:sz w:val="52"/>
          <w:szCs w:val="52"/>
          <w:lang w:val="ru-RU" w:eastAsia="ru-RU"/>
        </w:rPr>
        <w:t>Умелые ручки</w:t>
      </w:r>
      <w:r w:rsidRPr="007E3721">
        <w:rPr>
          <w:rFonts w:eastAsia="Times New Roman" w:cs="Times New Roman"/>
          <w:b/>
          <w:bCs/>
          <w:sz w:val="52"/>
          <w:szCs w:val="52"/>
          <w:lang w:val="ru-RU" w:eastAsia="ru-RU"/>
        </w:rPr>
        <w:t>» для</w:t>
      </w:r>
    </w:p>
    <w:p w14:paraId="08094FFA" w14:textId="77777777" w:rsidR="007E3721" w:rsidRPr="007E3721" w:rsidRDefault="007E3721" w:rsidP="007E3721">
      <w:pPr>
        <w:spacing w:after="0" w:line="240" w:lineRule="auto"/>
        <w:jc w:val="center"/>
        <w:rPr>
          <w:rFonts w:eastAsia="Times New Roman" w:cs="Times New Roman"/>
          <w:b/>
          <w:bCs/>
          <w:sz w:val="52"/>
          <w:szCs w:val="52"/>
          <w:lang w:val="ru-RU" w:eastAsia="ru-RU"/>
        </w:rPr>
      </w:pPr>
      <w:r w:rsidRPr="007E3721">
        <w:rPr>
          <w:rFonts w:eastAsia="Times New Roman" w:cs="Times New Roman"/>
          <w:b/>
          <w:bCs/>
          <w:sz w:val="52"/>
          <w:szCs w:val="52"/>
          <w:lang w:val="ru-RU" w:eastAsia="ru-RU"/>
        </w:rPr>
        <w:t>старшей разновозрастной группы</w:t>
      </w:r>
    </w:p>
    <w:p w14:paraId="684DD281" w14:textId="41B853D1" w:rsidR="007E3721" w:rsidRPr="007E3721" w:rsidRDefault="007E3721" w:rsidP="007E3721">
      <w:pPr>
        <w:spacing w:after="0" w:line="240" w:lineRule="auto"/>
        <w:rPr>
          <w:rFonts w:eastAsia="Times New Roman" w:cs="Times New Roman"/>
          <w:sz w:val="40"/>
          <w:szCs w:val="40"/>
          <w:lang w:val="ru-RU" w:eastAsia="ru-RU"/>
        </w:rPr>
      </w:pPr>
    </w:p>
    <w:p w14:paraId="0C9190E8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40"/>
          <w:szCs w:val="40"/>
          <w:lang w:val="ru-RU" w:eastAsia="ru-RU"/>
        </w:rPr>
      </w:pPr>
    </w:p>
    <w:p w14:paraId="4770D94A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40"/>
          <w:szCs w:val="40"/>
          <w:lang w:val="ru-RU" w:eastAsia="ru-RU"/>
        </w:rPr>
      </w:pPr>
    </w:p>
    <w:p w14:paraId="4F4CD0E3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40"/>
          <w:szCs w:val="40"/>
          <w:lang w:val="ru-RU" w:eastAsia="ru-RU"/>
        </w:rPr>
      </w:pPr>
    </w:p>
    <w:p w14:paraId="50F6689C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40"/>
          <w:szCs w:val="40"/>
          <w:lang w:val="ru-RU" w:eastAsia="ru-RU"/>
        </w:rPr>
      </w:pPr>
    </w:p>
    <w:p w14:paraId="181801D7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6C0B4E6C" w14:textId="68A83DB6" w:rsidR="007E3721" w:rsidRDefault="007E3721" w:rsidP="007E372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ru-RU" w:eastAsia="ru-RU"/>
        </w:rPr>
      </w:pPr>
      <w:r w:rsidRPr="007E3721">
        <w:rPr>
          <w:rFonts w:eastAsia="Times New Roman" w:cs="Times New Roman"/>
          <w:sz w:val="24"/>
          <w:szCs w:val="24"/>
          <w:lang w:val="kk-KZ" w:eastAsia="ru-RU"/>
        </w:rPr>
        <w:t xml:space="preserve">                </w:t>
      </w:r>
      <w:r>
        <w:rPr>
          <w:rFonts w:eastAsia="Times New Roman" w:cs="Times New Roman"/>
          <w:sz w:val="24"/>
          <w:szCs w:val="24"/>
          <w:lang w:val="kk-KZ" w:eastAsia="ru-RU"/>
        </w:rPr>
        <w:t xml:space="preserve">                    </w:t>
      </w:r>
      <w:r w:rsidRPr="007E3721">
        <w:rPr>
          <w:rFonts w:eastAsia="Times New Roman" w:cs="Times New Roman"/>
          <w:sz w:val="24"/>
          <w:szCs w:val="24"/>
          <w:lang w:val="kk-KZ" w:eastAsia="ru-RU"/>
        </w:rPr>
        <w:t xml:space="preserve"> Руководитель</w:t>
      </w:r>
      <w:r w:rsidRPr="007E3721">
        <w:rPr>
          <w:rFonts w:eastAsia="Times New Roman" w:cs="Times New Roman"/>
          <w:sz w:val="24"/>
          <w:szCs w:val="24"/>
          <w:lang w:val="ru-RU" w:eastAsia="ru-RU"/>
        </w:rPr>
        <w:t xml:space="preserve">: </w:t>
      </w:r>
      <w:r>
        <w:rPr>
          <w:rFonts w:eastAsia="Times New Roman" w:cs="Times New Roman"/>
          <w:sz w:val="24"/>
          <w:szCs w:val="24"/>
          <w:lang w:val="ru-RU" w:eastAsia="ru-RU"/>
        </w:rPr>
        <w:t>воспитатель старшей разновозрастной группы</w:t>
      </w:r>
    </w:p>
    <w:p w14:paraId="19546282" w14:textId="35365992" w:rsidR="007E3721" w:rsidRPr="007E3721" w:rsidRDefault="007E3721" w:rsidP="007E372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Фризин Е.П.</w:t>
      </w:r>
    </w:p>
    <w:p w14:paraId="08CC83B8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28E5CE56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13297E54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39E02220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6689F5A5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55A1BAD8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3889CCA2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197C265D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4AD88A83" w14:textId="00A7B59D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70469D6D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601256A2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3A925E64" w14:textId="77777777" w:rsidR="007E3721" w:rsidRPr="007E3721" w:rsidRDefault="007E3721" w:rsidP="007E3721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14:paraId="449EEB49" w14:textId="77777777" w:rsidR="007E3721" w:rsidRPr="007E3721" w:rsidRDefault="007E3721" w:rsidP="007E3721">
      <w:pPr>
        <w:spacing w:after="0"/>
        <w:jc w:val="center"/>
        <w:rPr>
          <w:rFonts w:eastAsia="Times New Roman" w:cs="Times New Roman"/>
          <w:sz w:val="24"/>
          <w:szCs w:val="24"/>
          <w:lang w:val="ru-RU" w:eastAsia="ru-RU"/>
        </w:rPr>
      </w:pPr>
    </w:p>
    <w:p w14:paraId="1FB51C40" w14:textId="77777777" w:rsidR="007E3721" w:rsidRPr="007E3721" w:rsidRDefault="007E3721" w:rsidP="007E3721">
      <w:pPr>
        <w:spacing w:after="0"/>
        <w:jc w:val="center"/>
        <w:rPr>
          <w:rFonts w:eastAsia="Times New Roman" w:cs="Times New Roman"/>
          <w:sz w:val="24"/>
          <w:szCs w:val="24"/>
          <w:lang w:val="ru-RU" w:eastAsia="ru-RU"/>
        </w:rPr>
      </w:pPr>
      <w:r w:rsidRPr="007E3721">
        <w:rPr>
          <w:rFonts w:eastAsia="Times New Roman" w:cs="Times New Roman"/>
          <w:sz w:val="24"/>
          <w:szCs w:val="24"/>
          <w:lang w:val="ru-RU" w:eastAsia="ru-RU"/>
        </w:rPr>
        <w:t>2025 - 2026г</w:t>
      </w:r>
    </w:p>
    <w:p w14:paraId="443D26B4" w14:textId="2FE305D7" w:rsidR="00391763" w:rsidRPr="00FF0998" w:rsidRDefault="007E3721">
      <w:pPr>
        <w:jc w:val="center"/>
        <w:rPr>
          <w:lang w:val="ru-RU"/>
        </w:rPr>
      </w:pPr>
      <w:bookmarkStart w:id="0" w:name="_GoBack"/>
      <w:bookmarkEnd w:id="0"/>
      <w:r w:rsidRPr="00FF0998">
        <w:rPr>
          <w:lang w:val="ru-RU"/>
        </w:rPr>
        <w:lastRenderedPageBreak/>
        <w:t>Программа кружка «Умелые ладошки»</w:t>
      </w:r>
    </w:p>
    <w:p w14:paraId="79029EE7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br/>
        <w:t>Актуальность</w:t>
      </w:r>
    </w:p>
    <w:p w14:paraId="74970A1D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 xml:space="preserve">Художественно-творческая деятельность играет важную роль в развитии детей дошкольного возраста. Она способствует формированию мелкой моторики, развитию воображения, фантазии, творческой активности. Дети </w:t>
      </w:r>
      <w:r w:rsidRPr="00FF0998">
        <w:rPr>
          <w:lang w:val="ru-RU"/>
        </w:rPr>
        <w:t>учатся доводить начатое дело до конца, проявлять аккуратность, самостоятельность, а также видеть и создавать красоту. Кружок «Умелые ладошки» направлен на расширение возможностей ребёнка в области аппликации, лепки и декоративного творчества.</w:t>
      </w:r>
    </w:p>
    <w:p w14:paraId="616BE0A9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br/>
        <w:t>Цель</w:t>
      </w:r>
    </w:p>
    <w:p w14:paraId="0296A36B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Развити</w:t>
      </w:r>
      <w:r w:rsidRPr="00FF0998">
        <w:rPr>
          <w:lang w:val="ru-RU"/>
        </w:rPr>
        <w:t>е творческих способностей, мелкой моторики и художественно-эстетического восприятия дошкольников через разные виды изобразительной деятельности (аппликация, лепка, работа с бумагой, природным и бросовым материалом).</w:t>
      </w:r>
    </w:p>
    <w:p w14:paraId="6807E230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br/>
        <w:t>Задачи</w:t>
      </w:r>
    </w:p>
    <w:p w14:paraId="117D2CA0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– Обучать приёмам работы с бумаг</w:t>
      </w:r>
      <w:r w:rsidRPr="00FF0998">
        <w:rPr>
          <w:lang w:val="ru-RU"/>
        </w:rPr>
        <w:t>ой, пластилином, тканью, природными материалами.</w:t>
      </w:r>
      <w:r w:rsidRPr="00FF0998">
        <w:rPr>
          <w:lang w:val="ru-RU"/>
        </w:rPr>
        <w:br/>
        <w:t>– Развивать чувство формы, цвета, композиции.</w:t>
      </w:r>
      <w:r w:rsidRPr="00FF0998">
        <w:rPr>
          <w:lang w:val="ru-RU"/>
        </w:rPr>
        <w:br/>
        <w:t>– Формировать усидчивость, аккуратность, трудолюбие.</w:t>
      </w:r>
      <w:r w:rsidRPr="00FF0998">
        <w:rPr>
          <w:lang w:val="ru-RU"/>
        </w:rPr>
        <w:br/>
        <w:t>– Воспитывать интерес к декоративно-прикладному творчеству.</w:t>
      </w:r>
      <w:r w:rsidRPr="00FF0998">
        <w:rPr>
          <w:lang w:val="ru-RU"/>
        </w:rPr>
        <w:br/>
        <w:t>– Обогащать словарный запас детей через обсужден</w:t>
      </w:r>
      <w:r w:rsidRPr="00FF0998">
        <w:rPr>
          <w:lang w:val="ru-RU"/>
        </w:rPr>
        <w:t>ие работ.</w:t>
      </w:r>
    </w:p>
    <w:p w14:paraId="0A25B0CC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br/>
        <w:t>Формы организации работы</w:t>
      </w:r>
    </w:p>
    <w:p w14:paraId="62FC3E33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– Подгрупповая и индивидуальная.</w:t>
      </w:r>
      <w:r w:rsidRPr="00FF0998">
        <w:rPr>
          <w:lang w:val="ru-RU"/>
        </w:rPr>
        <w:br/>
        <w:t>– Использование игровых приёмов.</w:t>
      </w:r>
      <w:r w:rsidRPr="00FF0998">
        <w:rPr>
          <w:lang w:val="ru-RU"/>
        </w:rPr>
        <w:br/>
      </w:r>
      <w:r w:rsidRPr="00FF0998">
        <w:rPr>
          <w:lang w:val="ru-RU"/>
        </w:rPr>
        <w:lastRenderedPageBreak/>
        <w:t>– Включение в интеграцию с математикой, речевым развитием, ознакомлением с окружающим миром.</w:t>
      </w:r>
    </w:p>
    <w:p w14:paraId="01EB1E4C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br/>
        <w:t>Методы и приёмы работы</w:t>
      </w:r>
    </w:p>
    <w:p w14:paraId="33F5EF13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– Наглядные: показ образца, рассматри</w:t>
      </w:r>
      <w:r w:rsidRPr="00FF0998">
        <w:rPr>
          <w:lang w:val="ru-RU"/>
        </w:rPr>
        <w:t>вание иллюстраций.</w:t>
      </w:r>
      <w:r w:rsidRPr="00FF0998">
        <w:rPr>
          <w:lang w:val="ru-RU"/>
        </w:rPr>
        <w:br/>
        <w:t>– Словесные: беседа, объяснение, вопросы.</w:t>
      </w:r>
      <w:r w:rsidRPr="00FF0998">
        <w:rPr>
          <w:lang w:val="ru-RU"/>
        </w:rPr>
        <w:br/>
        <w:t>– Практические: самостоятельная деятельность, аппликация, лепка.</w:t>
      </w:r>
    </w:p>
    <w:p w14:paraId="7CE17ED9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br/>
        <w:t>Ожидаемые результаты</w:t>
      </w:r>
    </w:p>
    <w:p w14:paraId="71CC3E98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– Дети овладевают основными приёмами аппликации и лепки.</w:t>
      </w:r>
      <w:r w:rsidRPr="00FF0998">
        <w:rPr>
          <w:lang w:val="ru-RU"/>
        </w:rPr>
        <w:br/>
        <w:t>– Проявляют интерес к творческой деятельности.</w:t>
      </w:r>
      <w:r w:rsidRPr="00FF0998">
        <w:rPr>
          <w:lang w:val="ru-RU"/>
        </w:rPr>
        <w:br/>
        <w:t>– Ум</w:t>
      </w:r>
      <w:r w:rsidRPr="00FF0998">
        <w:rPr>
          <w:lang w:val="ru-RU"/>
        </w:rPr>
        <w:t>еют самостоятельно украшать поделки.</w:t>
      </w:r>
      <w:r w:rsidRPr="00FF0998">
        <w:rPr>
          <w:lang w:val="ru-RU"/>
        </w:rPr>
        <w:br/>
        <w:t>– Повышается уровень развития мелкой моторики и воображения.</w:t>
      </w:r>
    </w:p>
    <w:p w14:paraId="438A3F7C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br/>
        <w:t>Годовой план работы кружка</w:t>
      </w:r>
    </w:p>
    <w:p w14:paraId="29B2520A" w14:textId="77777777" w:rsidR="00391763" w:rsidRDefault="007E3721">
      <w:pPr>
        <w:rPr>
          <w:lang w:val="ru-RU"/>
        </w:rPr>
      </w:pPr>
      <w:r w:rsidRPr="00FF0998">
        <w:rPr>
          <w:lang w:val="ru-RU"/>
        </w:rPr>
        <w:t xml:space="preserve">Занятия проводятся 1 раз в неделю. </w:t>
      </w:r>
      <w:r>
        <w:t>В месяце – 4 занятия.</w:t>
      </w:r>
    </w:p>
    <w:tbl>
      <w:tblPr>
        <w:tblStyle w:val="aff0"/>
        <w:tblW w:w="8994" w:type="dxa"/>
        <w:tblLook w:val="04A0" w:firstRow="1" w:lastRow="0" w:firstColumn="1" w:lastColumn="0" w:noHBand="0" w:noVBand="1"/>
      </w:tblPr>
      <w:tblGrid>
        <w:gridCol w:w="2134"/>
        <w:gridCol w:w="2160"/>
        <w:gridCol w:w="2164"/>
        <w:gridCol w:w="2536"/>
      </w:tblGrid>
      <w:tr w:rsidR="00FF0998" w14:paraId="57B6DD63" w14:textId="77777777" w:rsidTr="00AE4786">
        <w:trPr>
          <w:trHeight w:val="321"/>
        </w:trPr>
        <w:tc>
          <w:tcPr>
            <w:tcW w:w="2134" w:type="dxa"/>
          </w:tcPr>
          <w:p w14:paraId="50B81C62" w14:textId="1FADB2A3" w:rsidR="00FF0998" w:rsidRDefault="00FF0998">
            <w:pPr>
              <w:rPr>
                <w:lang w:val="ru-RU"/>
              </w:rPr>
            </w:pPr>
            <w:r>
              <w:t>Месяц</w:t>
            </w:r>
          </w:p>
        </w:tc>
        <w:tc>
          <w:tcPr>
            <w:tcW w:w="2160" w:type="dxa"/>
          </w:tcPr>
          <w:p w14:paraId="4225B4EB" w14:textId="6EE8B7B1" w:rsidR="00FF0998" w:rsidRDefault="00FF0998">
            <w:pPr>
              <w:rPr>
                <w:lang w:val="ru-RU"/>
              </w:rPr>
            </w:pPr>
            <w:r>
              <w:t>Тема занятий</w:t>
            </w:r>
          </w:p>
        </w:tc>
        <w:tc>
          <w:tcPr>
            <w:tcW w:w="2164" w:type="dxa"/>
          </w:tcPr>
          <w:p w14:paraId="3B9A62A1" w14:textId="5AABC275" w:rsidR="00FF0998" w:rsidRDefault="00FF0998">
            <w:pPr>
              <w:rPr>
                <w:lang w:val="ru-RU"/>
              </w:rPr>
            </w:pPr>
            <w:r>
              <w:t>Материалы</w:t>
            </w:r>
          </w:p>
        </w:tc>
        <w:tc>
          <w:tcPr>
            <w:tcW w:w="2536" w:type="dxa"/>
          </w:tcPr>
          <w:p w14:paraId="2CC68A5D" w14:textId="28FF5D35" w:rsidR="00FF0998" w:rsidRDefault="00FF0998">
            <w:pPr>
              <w:rPr>
                <w:lang w:val="ru-RU"/>
              </w:rPr>
            </w:pPr>
            <w:r>
              <w:t>Основные задачи</w:t>
            </w:r>
          </w:p>
        </w:tc>
      </w:tr>
      <w:tr w:rsidR="00FF0998" w:rsidRPr="007E3721" w14:paraId="7197EFE7" w14:textId="77777777" w:rsidTr="00AE4786">
        <w:trPr>
          <w:trHeight w:val="2591"/>
        </w:trPr>
        <w:tc>
          <w:tcPr>
            <w:tcW w:w="2134" w:type="dxa"/>
          </w:tcPr>
          <w:p w14:paraId="1D58035F" w14:textId="58D8DAD7" w:rsidR="00FF0998" w:rsidRDefault="00FF0998">
            <w:pPr>
              <w:rPr>
                <w:lang w:val="ru-RU"/>
              </w:rPr>
            </w:pPr>
            <w:r>
              <w:t>Сентябрь</w:t>
            </w:r>
          </w:p>
        </w:tc>
        <w:tc>
          <w:tcPr>
            <w:tcW w:w="2160" w:type="dxa"/>
          </w:tcPr>
          <w:p w14:paraId="54861646" w14:textId="67C3C679" w:rsidR="00FF0998" w:rsidRDefault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Корзина с урожаем; Осенний листочек; Грибочки на полянке; Дерево в осеннем наряде</w:t>
            </w:r>
          </w:p>
        </w:tc>
        <w:tc>
          <w:tcPr>
            <w:tcW w:w="2164" w:type="dxa"/>
          </w:tcPr>
          <w:p w14:paraId="37114F33" w14:textId="2645270B" w:rsidR="00FF0998" w:rsidRDefault="00FF0998">
            <w:pPr>
              <w:rPr>
                <w:lang w:val="ru-RU"/>
              </w:rPr>
            </w:pPr>
            <w:r>
              <w:t>Бумага цветная, пластилин, клей</w:t>
            </w:r>
          </w:p>
        </w:tc>
        <w:tc>
          <w:tcPr>
            <w:tcW w:w="2536" w:type="dxa"/>
          </w:tcPr>
          <w:p w14:paraId="2E183437" w14:textId="3C7E1DD0" w:rsidR="00FF0998" w:rsidRDefault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Учить классифицировать предметы по цвету и форме; закреплять навыки наклеивания и лепки</w:t>
            </w:r>
          </w:p>
        </w:tc>
      </w:tr>
      <w:tr w:rsidR="00FF0998" w:rsidRPr="007E3721" w14:paraId="18C97A64" w14:textId="77777777" w:rsidTr="00AE4786">
        <w:trPr>
          <w:trHeight w:val="1938"/>
        </w:trPr>
        <w:tc>
          <w:tcPr>
            <w:tcW w:w="2134" w:type="dxa"/>
          </w:tcPr>
          <w:p w14:paraId="6CDB6D85" w14:textId="0B730E50" w:rsidR="00FF0998" w:rsidRDefault="00FF0998">
            <w:pPr>
              <w:rPr>
                <w:lang w:val="ru-RU"/>
              </w:rPr>
            </w:pPr>
            <w:r>
              <w:t>Октябрь</w:t>
            </w:r>
          </w:p>
        </w:tc>
        <w:tc>
          <w:tcPr>
            <w:tcW w:w="2160" w:type="dxa"/>
          </w:tcPr>
          <w:p w14:paraId="39058A38" w14:textId="3E9079FC" w:rsidR="00FF0998" w:rsidRDefault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Птички на ветке; Домик для кошки; Яблонька в саду; Зонтик от дождя</w:t>
            </w:r>
          </w:p>
        </w:tc>
        <w:tc>
          <w:tcPr>
            <w:tcW w:w="2164" w:type="dxa"/>
          </w:tcPr>
          <w:p w14:paraId="24944669" w14:textId="2AE4A62D" w:rsidR="00FF0998" w:rsidRDefault="00FF0998">
            <w:pPr>
              <w:rPr>
                <w:lang w:val="ru-RU"/>
              </w:rPr>
            </w:pPr>
            <w:r>
              <w:t>Бумага, пластилин, природные материалы</w:t>
            </w:r>
          </w:p>
        </w:tc>
        <w:tc>
          <w:tcPr>
            <w:tcW w:w="2536" w:type="dxa"/>
          </w:tcPr>
          <w:p w14:paraId="675DE93B" w14:textId="1CCD6852" w:rsidR="00FF0998" w:rsidRDefault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Развивать умение работать с разными материалами; формировать композицию</w:t>
            </w:r>
          </w:p>
        </w:tc>
      </w:tr>
      <w:tr w:rsidR="00FF0998" w:rsidRPr="007E3721" w14:paraId="653A34B6" w14:textId="77777777" w:rsidTr="00AE4786">
        <w:trPr>
          <w:trHeight w:val="642"/>
        </w:trPr>
        <w:tc>
          <w:tcPr>
            <w:tcW w:w="2134" w:type="dxa"/>
          </w:tcPr>
          <w:p w14:paraId="04690EC5" w14:textId="1C7466EC" w:rsidR="00FF0998" w:rsidRDefault="00FF0998">
            <w:pPr>
              <w:rPr>
                <w:lang w:val="ru-RU"/>
              </w:rPr>
            </w:pPr>
            <w:r>
              <w:t>Ноябрь</w:t>
            </w:r>
          </w:p>
        </w:tc>
        <w:tc>
          <w:tcPr>
            <w:tcW w:w="2160" w:type="dxa"/>
          </w:tcPr>
          <w:p w14:paraId="4D685722" w14:textId="60994D0F" w:rsidR="00FF0998" w:rsidRDefault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 xml:space="preserve">Лесные зверята; Рыбки в </w:t>
            </w:r>
            <w:r w:rsidRPr="00FF0998">
              <w:rPr>
                <w:lang w:val="ru-RU"/>
              </w:rPr>
              <w:lastRenderedPageBreak/>
              <w:t>аквариуме; Игрушки для малышей; Цветы в вазе</w:t>
            </w:r>
          </w:p>
        </w:tc>
        <w:tc>
          <w:tcPr>
            <w:tcW w:w="2164" w:type="dxa"/>
          </w:tcPr>
          <w:p w14:paraId="36E39CB4" w14:textId="1482025C" w:rsidR="00FF0998" w:rsidRDefault="00FF0998">
            <w:pPr>
              <w:rPr>
                <w:lang w:val="ru-RU"/>
              </w:rPr>
            </w:pPr>
            <w:r>
              <w:lastRenderedPageBreak/>
              <w:t xml:space="preserve">Бумага, пластилин, </w:t>
            </w:r>
            <w:r>
              <w:lastRenderedPageBreak/>
              <w:t>ткани</w:t>
            </w:r>
          </w:p>
        </w:tc>
        <w:tc>
          <w:tcPr>
            <w:tcW w:w="2536" w:type="dxa"/>
          </w:tcPr>
          <w:p w14:paraId="54FF67B4" w14:textId="17E03B5C" w:rsidR="00FF0998" w:rsidRDefault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lastRenderedPageBreak/>
              <w:t xml:space="preserve">Учить детей передавать </w:t>
            </w:r>
            <w:r w:rsidRPr="00FF0998">
              <w:rPr>
                <w:lang w:val="ru-RU"/>
              </w:rPr>
              <w:lastRenderedPageBreak/>
              <w:t>простые образы; развивать фантазию.</w:t>
            </w:r>
          </w:p>
        </w:tc>
      </w:tr>
      <w:tr w:rsidR="00FF0998" w:rsidRPr="007E3721" w14:paraId="3659B482" w14:textId="77777777" w:rsidTr="00AE4786">
        <w:trPr>
          <w:trHeight w:val="144"/>
        </w:trPr>
        <w:tc>
          <w:tcPr>
            <w:tcW w:w="2134" w:type="dxa"/>
          </w:tcPr>
          <w:p w14:paraId="05051F89" w14:textId="4BEEF7DD" w:rsidR="00FF0998" w:rsidRDefault="00FF0998" w:rsidP="00FF0998">
            <w:pPr>
              <w:rPr>
                <w:lang w:val="ru-RU"/>
              </w:rPr>
            </w:pPr>
            <w:r>
              <w:lastRenderedPageBreak/>
              <w:t>Декабрь</w:t>
            </w:r>
          </w:p>
        </w:tc>
        <w:tc>
          <w:tcPr>
            <w:tcW w:w="2160" w:type="dxa"/>
          </w:tcPr>
          <w:p w14:paraId="30977016" w14:textId="589C9BAA" w:rsidR="00FF0998" w:rsidRDefault="00FF0998" w:rsidP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Снеговик; Ёлочные игрушки; Снежинки; Ёлочка нарядная</w:t>
            </w:r>
          </w:p>
        </w:tc>
        <w:tc>
          <w:tcPr>
            <w:tcW w:w="2164" w:type="dxa"/>
          </w:tcPr>
          <w:p w14:paraId="3CB3C100" w14:textId="7FA9AF09" w:rsidR="00FF0998" w:rsidRDefault="00FF0998" w:rsidP="00FF0998">
            <w:pPr>
              <w:rPr>
                <w:lang w:val="ru-RU"/>
              </w:rPr>
            </w:pPr>
            <w:r>
              <w:t>Бумага, вата, блёстки, клей</w:t>
            </w:r>
          </w:p>
        </w:tc>
        <w:tc>
          <w:tcPr>
            <w:tcW w:w="2536" w:type="dxa"/>
          </w:tcPr>
          <w:p w14:paraId="57000201" w14:textId="3E5312C2" w:rsidR="00FF0998" w:rsidRDefault="00FF0998" w:rsidP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Закреплять навыки работы с бумагой и пластилином; формировать эстетический вкус</w:t>
            </w:r>
          </w:p>
        </w:tc>
      </w:tr>
      <w:tr w:rsidR="00FF0998" w:rsidRPr="007E3721" w14:paraId="5827AA54" w14:textId="77777777" w:rsidTr="00AE4786">
        <w:trPr>
          <w:trHeight w:val="144"/>
        </w:trPr>
        <w:tc>
          <w:tcPr>
            <w:tcW w:w="2134" w:type="dxa"/>
          </w:tcPr>
          <w:p w14:paraId="2A6EB865" w14:textId="19623F08" w:rsidR="00FF0998" w:rsidRDefault="00FF0998" w:rsidP="00FF0998">
            <w:pPr>
              <w:rPr>
                <w:lang w:val="ru-RU"/>
              </w:rPr>
            </w:pPr>
            <w:r>
              <w:t>Январь</w:t>
            </w:r>
          </w:p>
        </w:tc>
        <w:tc>
          <w:tcPr>
            <w:tcW w:w="2160" w:type="dxa"/>
          </w:tcPr>
          <w:p w14:paraId="74A4B402" w14:textId="768F3235" w:rsidR="00FF0998" w:rsidRDefault="00FF0998" w:rsidP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Зимний лес; Зайка на снегу; Снегирь; Ледяные узоры</w:t>
            </w:r>
          </w:p>
        </w:tc>
        <w:tc>
          <w:tcPr>
            <w:tcW w:w="2164" w:type="dxa"/>
          </w:tcPr>
          <w:p w14:paraId="6D9AAF34" w14:textId="37FBF65C" w:rsidR="00FF0998" w:rsidRDefault="00FF0998" w:rsidP="00FF0998">
            <w:pPr>
              <w:rPr>
                <w:lang w:val="ru-RU"/>
              </w:rPr>
            </w:pPr>
            <w:r>
              <w:t>Бумага, пластилин</w:t>
            </w:r>
          </w:p>
        </w:tc>
        <w:tc>
          <w:tcPr>
            <w:tcW w:w="2536" w:type="dxa"/>
          </w:tcPr>
          <w:p w14:paraId="62404F1B" w14:textId="121CAF43" w:rsidR="00FF0998" w:rsidRDefault="00AE4786" w:rsidP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Формировать представления о зиме; развивать наблюдательность.</w:t>
            </w:r>
          </w:p>
        </w:tc>
      </w:tr>
      <w:tr w:rsidR="00FF0998" w:rsidRPr="007E3721" w14:paraId="3337DC9B" w14:textId="77777777" w:rsidTr="00AE4786">
        <w:trPr>
          <w:trHeight w:val="144"/>
        </w:trPr>
        <w:tc>
          <w:tcPr>
            <w:tcW w:w="2134" w:type="dxa"/>
          </w:tcPr>
          <w:p w14:paraId="04BE4B76" w14:textId="501CF470" w:rsidR="00FF0998" w:rsidRDefault="00AE4786" w:rsidP="00FF0998">
            <w:pPr>
              <w:rPr>
                <w:lang w:val="ru-RU"/>
              </w:rPr>
            </w:pPr>
            <w:r>
              <w:t>Февраль</w:t>
            </w:r>
          </w:p>
        </w:tc>
        <w:tc>
          <w:tcPr>
            <w:tcW w:w="2160" w:type="dxa"/>
          </w:tcPr>
          <w:p w14:paraId="13619369" w14:textId="1055329D" w:rsidR="00FF0998" w:rsidRDefault="00AE4786" w:rsidP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Кораблик; Машины на дороге; Самолёт; Поезд</w:t>
            </w:r>
          </w:p>
        </w:tc>
        <w:tc>
          <w:tcPr>
            <w:tcW w:w="2164" w:type="dxa"/>
          </w:tcPr>
          <w:p w14:paraId="2160D6B3" w14:textId="76924BC7" w:rsidR="00FF0998" w:rsidRDefault="00AE4786" w:rsidP="00FF0998">
            <w:pPr>
              <w:rPr>
                <w:lang w:val="ru-RU"/>
              </w:rPr>
            </w:pPr>
            <w:r>
              <w:t>Бумага, клей, пластилин</w:t>
            </w:r>
          </w:p>
        </w:tc>
        <w:tc>
          <w:tcPr>
            <w:tcW w:w="2536" w:type="dxa"/>
          </w:tcPr>
          <w:p w14:paraId="1B19434F" w14:textId="211968B5" w:rsidR="00FF0998" w:rsidRDefault="00AE4786" w:rsidP="00FF0998">
            <w:pPr>
              <w:rPr>
                <w:lang w:val="ru-RU"/>
              </w:rPr>
            </w:pPr>
            <w:r w:rsidRPr="00FF0998">
              <w:rPr>
                <w:lang w:val="ru-RU"/>
              </w:rPr>
              <w:t>Учить передавать простые транспортные средства; закреплять навыки аппликации.</w:t>
            </w:r>
          </w:p>
        </w:tc>
      </w:tr>
      <w:tr w:rsidR="00AE4786" w:rsidRPr="007E3721" w14:paraId="0C645297" w14:textId="77777777" w:rsidTr="00AE4786">
        <w:trPr>
          <w:trHeight w:val="144"/>
        </w:trPr>
        <w:tc>
          <w:tcPr>
            <w:tcW w:w="2134" w:type="dxa"/>
          </w:tcPr>
          <w:p w14:paraId="0116F4EA" w14:textId="4D46DD05" w:rsidR="00AE4786" w:rsidRDefault="00AE4786" w:rsidP="00AE4786">
            <w:pPr>
              <w:rPr>
                <w:lang w:val="ru-RU"/>
              </w:rPr>
            </w:pPr>
            <w:r>
              <w:t>Март</w:t>
            </w:r>
          </w:p>
        </w:tc>
        <w:tc>
          <w:tcPr>
            <w:tcW w:w="2160" w:type="dxa"/>
          </w:tcPr>
          <w:p w14:paraId="68BE56E0" w14:textId="0A246A2A" w:rsidR="00AE4786" w:rsidRDefault="00AE4786" w:rsidP="00AE4786">
            <w:pPr>
              <w:rPr>
                <w:lang w:val="ru-RU"/>
              </w:rPr>
            </w:pPr>
            <w:r w:rsidRPr="00FF0998">
              <w:rPr>
                <w:lang w:val="ru-RU"/>
              </w:rPr>
              <w:t>Первые цветы; Птички прилетели; Бабочки; Весеннее дерево</w:t>
            </w:r>
          </w:p>
        </w:tc>
        <w:tc>
          <w:tcPr>
            <w:tcW w:w="2164" w:type="dxa"/>
          </w:tcPr>
          <w:p w14:paraId="6917AD1C" w14:textId="6B2DE450" w:rsidR="00AE4786" w:rsidRDefault="00AE4786" w:rsidP="00AE4786">
            <w:pPr>
              <w:rPr>
                <w:lang w:val="ru-RU"/>
              </w:rPr>
            </w:pPr>
            <w:r>
              <w:t>Бумага, пластилин, природные материалы</w:t>
            </w:r>
          </w:p>
        </w:tc>
        <w:tc>
          <w:tcPr>
            <w:tcW w:w="2536" w:type="dxa"/>
          </w:tcPr>
          <w:p w14:paraId="4C58F964" w14:textId="5A795AE9" w:rsidR="00AE4786" w:rsidRDefault="00AE4786" w:rsidP="00AE4786">
            <w:pPr>
              <w:rPr>
                <w:lang w:val="ru-RU"/>
              </w:rPr>
            </w:pPr>
            <w:r w:rsidRPr="00FF0998">
              <w:rPr>
                <w:lang w:val="ru-RU"/>
              </w:rPr>
              <w:t>Формировать умение отражать сезонные изменения; развивать творчество.</w:t>
            </w:r>
          </w:p>
        </w:tc>
      </w:tr>
      <w:tr w:rsidR="00AE4786" w:rsidRPr="007E3721" w14:paraId="7F2EFF8C" w14:textId="77777777" w:rsidTr="00AE4786">
        <w:trPr>
          <w:trHeight w:val="2270"/>
        </w:trPr>
        <w:tc>
          <w:tcPr>
            <w:tcW w:w="2134" w:type="dxa"/>
          </w:tcPr>
          <w:p w14:paraId="4FFC4836" w14:textId="77777777" w:rsidR="00AE4786" w:rsidRDefault="00AE4786" w:rsidP="00AE4786">
            <w:pPr>
              <w:rPr>
                <w:lang w:val="ru-RU"/>
              </w:rPr>
            </w:pPr>
            <w:r>
              <w:t>Апрель</w:t>
            </w:r>
          </w:p>
          <w:p w14:paraId="5412AB4C" w14:textId="77777777" w:rsidR="00AE4786" w:rsidRDefault="00AE4786" w:rsidP="00AE4786">
            <w:pPr>
              <w:rPr>
                <w:lang w:val="ru-RU"/>
              </w:rPr>
            </w:pPr>
          </w:p>
          <w:p w14:paraId="6A8888F7" w14:textId="77777777" w:rsidR="00AE4786" w:rsidRDefault="00AE4786" w:rsidP="00AE4786">
            <w:pPr>
              <w:rPr>
                <w:lang w:val="ru-RU"/>
              </w:rPr>
            </w:pPr>
          </w:p>
          <w:p w14:paraId="51BC0941" w14:textId="77777777" w:rsidR="00AE4786" w:rsidRDefault="00AE4786" w:rsidP="00AE4786">
            <w:pPr>
              <w:rPr>
                <w:lang w:val="ru-RU"/>
              </w:rPr>
            </w:pPr>
          </w:p>
          <w:p w14:paraId="0583431B" w14:textId="77777777" w:rsidR="00AE4786" w:rsidRDefault="00AE4786" w:rsidP="00AE4786">
            <w:pPr>
              <w:rPr>
                <w:lang w:val="ru-RU"/>
              </w:rPr>
            </w:pPr>
          </w:p>
          <w:p w14:paraId="26DCB6E2" w14:textId="77777777" w:rsidR="00AE4786" w:rsidRDefault="00AE4786" w:rsidP="00AE4786">
            <w:pPr>
              <w:rPr>
                <w:lang w:val="ru-RU"/>
              </w:rPr>
            </w:pPr>
          </w:p>
          <w:p w14:paraId="7FC1157C" w14:textId="678E20B7" w:rsidR="00AE4786" w:rsidRPr="00AE4786" w:rsidRDefault="00AE4786" w:rsidP="00AE4786">
            <w:pPr>
              <w:rPr>
                <w:lang w:val="ru-RU"/>
              </w:rPr>
            </w:pPr>
          </w:p>
        </w:tc>
        <w:tc>
          <w:tcPr>
            <w:tcW w:w="2160" w:type="dxa"/>
          </w:tcPr>
          <w:p w14:paraId="2D6243D0" w14:textId="53C58C92" w:rsidR="00AE4786" w:rsidRDefault="00AE4786" w:rsidP="00AE4786">
            <w:pPr>
              <w:rPr>
                <w:lang w:val="ru-RU"/>
              </w:rPr>
            </w:pPr>
            <w:r w:rsidRPr="00FF0998">
              <w:rPr>
                <w:lang w:val="ru-RU"/>
              </w:rPr>
              <w:t>Домашние животные; Наши любимые игрушки; Кораблик на волнах; Поляна с цветами</w:t>
            </w:r>
          </w:p>
        </w:tc>
        <w:tc>
          <w:tcPr>
            <w:tcW w:w="2164" w:type="dxa"/>
          </w:tcPr>
          <w:p w14:paraId="2DD04F84" w14:textId="2C77FFF8" w:rsidR="00AE4786" w:rsidRDefault="00AE4786" w:rsidP="00AE4786">
            <w:pPr>
              <w:rPr>
                <w:lang w:val="ru-RU"/>
              </w:rPr>
            </w:pPr>
            <w:r>
              <w:t>Бумага, ткани, пластилин</w:t>
            </w:r>
          </w:p>
        </w:tc>
        <w:tc>
          <w:tcPr>
            <w:tcW w:w="2536" w:type="dxa"/>
          </w:tcPr>
          <w:p w14:paraId="390E3A9D" w14:textId="77777777" w:rsidR="00AE4786" w:rsidRDefault="00AE4786" w:rsidP="00AE4786">
            <w:pPr>
              <w:rPr>
                <w:lang w:val="ru-RU"/>
              </w:rPr>
            </w:pPr>
            <w:r w:rsidRPr="00FF0998">
              <w:rPr>
                <w:lang w:val="ru-RU"/>
              </w:rPr>
              <w:t>Развивать умение создавать сюжетные композиции.</w:t>
            </w:r>
          </w:p>
          <w:p w14:paraId="2B874356" w14:textId="548F19AB" w:rsidR="00AE4786" w:rsidRDefault="00AE4786" w:rsidP="00AE4786">
            <w:pPr>
              <w:rPr>
                <w:lang w:val="ru-RU"/>
              </w:rPr>
            </w:pPr>
          </w:p>
        </w:tc>
      </w:tr>
      <w:tr w:rsidR="00AE4786" w:rsidRPr="007E3721" w14:paraId="0A7AC685" w14:textId="77777777" w:rsidTr="00AE4786">
        <w:trPr>
          <w:trHeight w:val="2270"/>
        </w:trPr>
        <w:tc>
          <w:tcPr>
            <w:tcW w:w="2134" w:type="dxa"/>
          </w:tcPr>
          <w:p w14:paraId="0554EB3B" w14:textId="376B7DEA" w:rsidR="00AE4786" w:rsidRDefault="00AE4786" w:rsidP="00AE4786">
            <w:r>
              <w:lastRenderedPageBreak/>
              <w:t>Май</w:t>
            </w:r>
          </w:p>
        </w:tc>
        <w:tc>
          <w:tcPr>
            <w:tcW w:w="2160" w:type="dxa"/>
          </w:tcPr>
          <w:p w14:paraId="25D0D8AE" w14:textId="6D1DC59E" w:rsidR="00AE4786" w:rsidRPr="00FF0998" w:rsidRDefault="00AE4786" w:rsidP="00AE4786">
            <w:pPr>
              <w:rPr>
                <w:lang w:val="ru-RU"/>
              </w:rPr>
            </w:pPr>
            <w:r w:rsidRPr="00FF0998">
              <w:rPr>
                <w:lang w:val="ru-RU"/>
              </w:rPr>
              <w:t>Подарок маме; Солнечный денёк; Цветочная поляна; Праздничный салют</w:t>
            </w:r>
          </w:p>
        </w:tc>
        <w:tc>
          <w:tcPr>
            <w:tcW w:w="2164" w:type="dxa"/>
          </w:tcPr>
          <w:p w14:paraId="58153F0F" w14:textId="1C3B197F" w:rsidR="00AE4786" w:rsidRPr="00AE4786" w:rsidRDefault="00AE4786" w:rsidP="00AE4786">
            <w:pPr>
              <w:rPr>
                <w:lang w:val="ru-RU"/>
              </w:rPr>
            </w:pPr>
            <w:r>
              <w:t>Бумага, пластилин, блёстки</w:t>
            </w:r>
          </w:p>
        </w:tc>
        <w:tc>
          <w:tcPr>
            <w:tcW w:w="2536" w:type="dxa"/>
          </w:tcPr>
          <w:p w14:paraId="422116F7" w14:textId="16FDDF58" w:rsidR="00AE4786" w:rsidRPr="00FF0998" w:rsidRDefault="00AE4786" w:rsidP="00AE4786">
            <w:pPr>
              <w:rPr>
                <w:lang w:val="ru-RU"/>
              </w:rPr>
            </w:pPr>
            <w:r w:rsidRPr="00FF0998">
              <w:rPr>
                <w:lang w:val="ru-RU"/>
              </w:rPr>
              <w:t>Формировать эстетическое восприятие; развивать фантазию</w:t>
            </w:r>
          </w:p>
        </w:tc>
      </w:tr>
    </w:tbl>
    <w:p w14:paraId="38A713C8" w14:textId="5E280E17" w:rsidR="00FF0998" w:rsidRPr="00FF0998" w:rsidRDefault="00AE4786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14:paraId="6125E702" w14:textId="35837AC1" w:rsidR="00391763" w:rsidRPr="00FF0998" w:rsidRDefault="007E3721">
      <w:pPr>
        <w:rPr>
          <w:lang w:val="ru-RU"/>
        </w:rPr>
      </w:pPr>
      <w:r w:rsidRPr="00FF0998">
        <w:rPr>
          <w:lang w:val="ru-RU"/>
        </w:rPr>
        <w:t>Пример конспекта занятия</w:t>
      </w:r>
    </w:p>
    <w:p w14:paraId="061C16D0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 xml:space="preserve">Тема: «Корзина с </w:t>
      </w:r>
      <w:r w:rsidRPr="00FF0998">
        <w:rPr>
          <w:lang w:val="ru-RU"/>
        </w:rPr>
        <w:t>урожаем»</w:t>
      </w:r>
    </w:p>
    <w:p w14:paraId="7EA3F04B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Цель: Учить детей классифицировать овощи и фрукты по цвету и форме; закреплять навыки аппликации и лепки.</w:t>
      </w:r>
    </w:p>
    <w:p w14:paraId="72465911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Материалы: Цветная бумага, пластилин, клей, ножницы.</w:t>
      </w:r>
    </w:p>
    <w:p w14:paraId="0FD3C9B4" w14:textId="77777777" w:rsidR="00391763" w:rsidRPr="00FF0998" w:rsidRDefault="007E3721">
      <w:pPr>
        <w:rPr>
          <w:lang w:val="ru-RU"/>
        </w:rPr>
      </w:pPr>
      <w:r w:rsidRPr="00FF0998">
        <w:rPr>
          <w:lang w:val="ru-RU"/>
        </w:rPr>
        <w:t>Ход:</w:t>
      </w:r>
      <w:r w:rsidRPr="00FF0998">
        <w:rPr>
          <w:lang w:val="ru-RU"/>
        </w:rPr>
        <w:br/>
        <w:t>1. Беседа об урожае.</w:t>
      </w:r>
      <w:r w:rsidRPr="00FF0998">
        <w:rPr>
          <w:lang w:val="ru-RU"/>
        </w:rPr>
        <w:br/>
        <w:t>2. Показ приёмов аппликации.</w:t>
      </w:r>
      <w:r w:rsidRPr="00FF0998">
        <w:rPr>
          <w:lang w:val="ru-RU"/>
        </w:rPr>
        <w:br/>
        <w:t>3. Самостоятельная работа детей.</w:t>
      </w:r>
      <w:r w:rsidRPr="00FF0998">
        <w:rPr>
          <w:lang w:val="ru-RU"/>
        </w:rPr>
        <w:br/>
      </w:r>
      <w:r w:rsidRPr="00FF0998">
        <w:rPr>
          <w:lang w:val="ru-RU"/>
        </w:rPr>
        <w:t>4. Итог – выставка работ, обсуждение.</w:t>
      </w:r>
    </w:p>
    <w:sectPr w:rsidR="00391763" w:rsidRPr="00FF0998" w:rsidSect="007E3721">
      <w:pgSz w:w="12240" w:h="15840"/>
      <w:pgMar w:top="1440" w:right="1800" w:bottom="1440" w:left="1800" w:header="720" w:footer="72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1763"/>
    <w:rsid w:val="007E3721"/>
    <w:rsid w:val="00AA1D8D"/>
    <w:rsid w:val="00AE4786"/>
    <w:rsid w:val="00B47730"/>
    <w:rsid w:val="00CA363A"/>
    <w:rsid w:val="00CB0664"/>
    <w:rsid w:val="00FC693F"/>
    <w:rsid w:val="00F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55FCD7E"/>
  <w14:defaultImageDpi w14:val="300"/>
  <w15:docId w15:val="{DEA3823D-CFA2-4903-B558-90C9B0A4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1090B9-8E87-4A77-B9B2-72C7ED261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Анаргуль Богенбаева</cp:lastModifiedBy>
  <cp:revision>3</cp:revision>
  <dcterms:created xsi:type="dcterms:W3CDTF">2013-12-23T23:15:00Z</dcterms:created>
  <dcterms:modified xsi:type="dcterms:W3CDTF">2026-05-28T12:17:00Z</dcterms:modified>
  <cp:category/>
</cp:coreProperties>
</file>