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CC5" w:rsidRPr="000C24E4" w:rsidRDefault="000C24E4">
      <w:pPr>
        <w:jc w:val="center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b/>
          <w:sz w:val="26"/>
          <w:lang w:val="ru-RU"/>
        </w:rPr>
        <w:t>БЕСЕДА ДЛЯ УЧАЩИХСЯ НАЧАЛЬНЫХ КЛАССОВ</w:t>
      </w:r>
    </w:p>
    <w:p w:rsidR="00043CC5" w:rsidRPr="000C24E4" w:rsidRDefault="000C24E4">
      <w:pPr>
        <w:jc w:val="center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b/>
          <w:sz w:val="40"/>
          <w:lang w:val="ru-RU"/>
        </w:rPr>
        <w:t>«Здоровое питание — залог здоровья»</w:t>
      </w:r>
    </w:p>
    <w:p w:rsidR="00043CC5" w:rsidRPr="000C24E4" w:rsidRDefault="000C24E4">
      <w:pPr>
        <w:spacing w:after="100" w:line="259" w:lineRule="auto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b/>
          <w:lang w:val="ru-RU"/>
        </w:rPr>
        <w:t>Продолжительность:</w:t>
      </w:r>
      <w:r w:rsidRPr="000C24E4">
        <w:rPr>
          <w:rFonts w:ascii="Times New Roman" w:hAnsi="Times New Roman" w:cs="Times New Roman"/>
          <w:lang w:val="ru-RU"/>
        </w:rPr>
        <w:t xml:space="preserve"> 20–25 минут</w:t>
      </w:r>
    </w:p>
    <w:p w:rsidR="00043CC5" w:rsidRPr="000C24E4" w:rsidRDefault="000C24E4">
      <w:pPr>
        <w:spacing w:after="100" w:line="259" w:lineRule="auto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b/>
          <w:lang w:val="ru-RU"/>
        </w:rPr>
        <w:t>Цель:</w:t>
      </w:r>
      <w:r w:rsidRPr="000C24E4">
        <w:rPr>
          <w:rFonts w:ascii="Times New Roman" w:hAnsi="Times New Roman" w:cs="Times New Roman"/>
          <w:lang w:val="ru-RU"/>
        </w:rPr>
        <w:t xml:space="preserve"> формирование у детей представления о здоровом и правильном питании, воспитание ответственного отношения к своему здоровью.</w:t>
      </w:r>
    </w:p>
    <w:p w:rsidR="00043CC5" w:rsidRPr="000C24E4" w:rsidRDefault="000C24E4">
      <w:pPr>
        <w:pStyle w:val="1"/>
        <w:rPr>
          <w:rFonts w:ascii="Times New Roman" w:hAnsi="Times New Roman" w:cs="Times New Roman"/>
        </w:rPr>
      </w:pPr>
      <w:proofErr w:type="spellStart"/>
      <w:r w:rsidRPr="000C24E4">
        <w:rPr>
          <w:rFonts w:ascii="Times New Roman" w:hAnsi="Times New Roman" w:cs="Times New Roman"/>
        </w:rPr>
        <w:t>Задачи</w:t>
      </w:r>
      <w:proofErr w:type="spellEnd"/>
    </w:p>
    <w:p w:rsidR="00043CC5" w:rsidRPr="000C24E4" w:rsidRDefault="000C24E4">
      <w:pPr>
        <w:pStyle w:val="a0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познакомить учащихся с основными правилами здорового питания;</w:t>
      </w:r>
    </w:p>
    <w:p w:rsidR="00043CC5" w:rsidRPr="000C24E4" w:rsidRDefault="000C24E4">
      <w:pPr>
        <w:pStyle w:val="a0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объяснить значение завтрака, обеда и ужина;</w:t>
      </w:r>
    </w:p>
    <w:p w:rsidR="00043CC5" w:rsidRPr="000C24E4" w:rsidRDefault="000C24E4">
      <w:pPr>
        <w:pStyle w:val="a0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научить различать п</w:t>
      </w:r>
      <w:r w:rsidRPr="000C24E4">
        <w:rPr>
          <w:rFonts w:ascii="Times New Roman" w:hAnsi="Times New Roman" w:cs="Times New Roman"/>
          <w:lang w:val="ru-RU"/>
        </w:rPr>
        <w:t>родукты, подходящие для ежедневного рациона, и продукты, которые лучше ограничивать;</w:t>
      </w:r>
    </w:p>
    <w:p w:rsidR="00043CC5" w:rsidRPr="000C24E4" w:rsidRDefault="000C24E4">
      <w:pPr>
        <w:pStyle w:val="a0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формировать привычку выбирать разнообразную пищу и чистую воду;</w:t>
      </w:r>
    </w:p>
    <w:p w:rsidR="00043CC5" w:rsidRPr="000C24E4" w:rsidRDefault="000C24E4">
      <w:pPr>
        <w:pStyle w:val="a0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воспитывать бережное отношение к своему здоровью.</w:t>
      </w:r>
    </w:p>
    <w:p w:rsidR="00043CC5" w:rsidRPr="000C24E4" w:rsidRDefault="000C24E4">
      <w:pPr>
        <w:pStyle w:val="1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Ход беседы</w:t>
      </w:r>
    </w:p>
    <w:p w:rsidR="00043CC5" w:rsidRPr="000C24E4" w:rsidRDefault="000C24E4">
      <w:pPr>
        <w:pStyle w:val="21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1. Вступление</w:t>
      </w:r>
    </w:p>
    <w:p w:rsidR="00043CC5" w:rsidRPr="000C24E4" w:rsidRDefault="000C24E4">
      <w:pPr>
        <w:spacing w:after="100" w:line="259" w:lineRule="auto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Ребята, сегодня мы поговорим о т</w:t>
      </w:r>
      <w:r w:rsidRPr="000C24E4">
        <w:rPr>
          <w:rFonts w:ascii="Times New Roman" w:hAnsi="Times New Roman" w:cs="Times New Roman"/>
          <w:lang w:val="ru-RU"/>
        </w:rPr>
        <w:t xml:space="preserve">ом, что необходимо каждому человеку каждый день. Как вы думаете, без чего человек не может расти, учиться, играть и заниматься спортом? Конечно, человеку </w:t>
      </w:r>
      <w:proofErr w:type="gramStart"/>
      <w:r w:rsidRPr="000C24E4">
        <w:rPr>
          <w:rFonts w:ascii="Times New Roman" w:hAnsi="Times New Roman" w:cs="Times New Roman"/>
          <w:lang w:val="ru-RU"/>
        </w:rPr>
        <w:t>необходимы</w:t>
      </w:r>
      <w:proofErr w:type="gramEnd"/>
      <w:r w:rsidRPr="000C24E4">
        <w:rPr>
          <w:rFonts w:ascii="Times New Roman" w:hAnsi="Times New Roman" w:cs="Times New Roman"/>
          <w:lang w:val="ru-RU"/>
        </w:rPr>
        <w:t xml:space="preserve"> вода и пища.</w:t>
      </w:r>
    </w:p>
    <w:p w:rsidR="00043CC5" w:rsidRPr="000C24E4" w:rsidRDefault="000C24E4">
      <w:pPr>
        <w:spacing w:after="100" w:line="259" w:lineRule="auto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Важно не только есть, а питаться правильно. От того, что мы едим, зависит наше</w:t>
      </w:r>
      <w:r w:rsidRPr="000C24E4">
        <w:rPr>
          <w:rFonts w:ascii="Times New Roman" w:hAnsi="Times New Roman" w:cs="Times New Roman"/>
          <w:lang w:val="ru-RU"/>
        </w:rPr>
        <w:t xml:space="preserve"> самочувствие, настроение, работоспособность и развитие.</w:t>
      </w:r>
    </w:p>
    <w:p w:rsidR="00043CC5" w:rsidRPr="000C24E4" w:rsidRDefault="000C24E4">
      <w:pPr>
        <w:spacing w:after="100" w:line="259" w:lineRule="auto"/>
        <w:rPr>
          <w:rFonts w:ascii="Times New Roman" w:hAnsi="Times New Roman" w:cs="Times New Roman"/>
        </w:rPr>
      </w:pPr>
      <w:proofErr w:type="spellStart"/>
      <w:r w:rsidRPr="000C24E4">
        <w:rPr>
          <w:rFonts w:ascii="Times New Roman" w:hAnsi="Times New Roman" w:cs="Times New Roman"/>
          <w:b/>
        </w:rPr>
        <w:t>Вопросы</w:t>
      </w:r>
      <w:proofErr w:type="spellEnd"/>
      <w:r w:rsidRPr="000C24E4">
        <w:rPr>
          <w:rFonts w:ascii="Times New Roman" w:hAnsi="Times New Roman" w:cs="Times New Roman"/>
          <w:b/>
        </w:rPr>
        <w:t xml:space="preserve"> </w:t>
      </w:r>
      <w:proofErr w:type="spellStart"/>
      <w:r w:rsidRPr="000C24E4">
        <w:rPr>
          <w:rFonts w:ascii="Times New Roman" w:hAnsi="Times New Roman" w:cs="Times New Roman"/>
          <w:b/>
        </w:rPr>
        <w:t>детям</w:t>
      </w:r>
      <w:proofErr w:type="spellEnd"/>
      <w:r w:rsidRPr="000C24E4">
        <w:rPr>
          <w:rFonts w:ascii="Times New Roman" w:hAnsi="Times New Roman" w:cs="Times New Roman"/>
          <w:b/>
        </w:rPr>
        <w:t>:</w:t>
      </w:r>
    </w:p>
    <w:p w:rsidR="00043CC5" w:rsidRPr="000C24E4" w:rsidRDefault="000C24E4">
      <w:pPr>
        <w:pStyle w:val="a0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Что вы сегодня ели на завтрак?</w:t>
      </w:r>
    </w:p>
    <w:p w:rsidR="00043CC5" w:rsidRPr="000C24E4" w:rsidRDefault="000C24E4">
      <w:pPr>
        <w:pStyle w:val="a0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Какие продукты вы считаете полезными?</w:t>
      </w:r>
    </w:p>
    <w:p w:rsidR="00043CC5" w:rsidRPr="000C24E4" w:rsidRDefault="000C24E4">
      <w:pPr>
        <w:pStyle w:val="a0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Для чего человеку нужна пища?</w:t>
      </w:r>
    </w:p>
    <w:p w:rsidR="00043CC5" w:rsidRPr="000C24E4" w:rsidRDefault="000C24E4">
      <w:pPr>
        <w:pStyle w:val="a0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Какие овощи и фрукты вы любите?</w:t>
      </w:r>
    </w:p>
    <w:p w:rsidR="00043CC5" w:rsidRPr="000C24E4" w:rsidRDefault="000C24E4">
      <w:pPr>
        <w:pStyle w:val="21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2. Что такое здоровое питание?</w:t>
      </w:r>
    </w:p>
    <w:p w:rsidR="00043CC5" w:rsidRPr="000C24E4" w:rsidRDefault="000C24E4">
      <w:pPr>
        <w:spacing w:after="100" w:line="259" w:lineRule="auto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Здоровое питание — это</w:t>
      </w:r>
      <w:r w:rsidRPr="000C24E4">
        <w:rPr>
          <w:rFonts w:ascii="Times New Roman" w:hAnsi="Times New Roman" w:cs="Times New Roman"/>
          <w:lang w:val="ru-RU"/>
        </w:rPr>
        <w:t xml:space="preserve"> разнообразная пища, которая помогает организму получать необходимые питательные вещества. В ежедневном рационе должны присутствовать разные продукты: овощи и фрукты, крупы и хлебные продукты, молочные продукты, мясо, рыба, яйца, бобовые и другие продукты.</w:t>
      </w:r>
      <w:r w:rsidRPr="000C24E4">
        <w:rPr>
          <w:rFonts w:ascii="Times New Roman" w:hAnsi="Times New Roman" w:cs="Times New Roman"/>
          <w:lang w:val="ru-RU"/>
        </w:rPr>
        <w:t xml:space="preserve"> Особенно важно пить чистую воду.</w:t>
      </w:r>
    </w:p>
    <w:p w:rsidR="00043CC5" w:rsidRPr="000C24E4" w:rsidRDefault="000C24E4">
      <w:pPr>
        <w:spacing w:after="100" w:line="259" w:lineRule="auto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В Казахстане традиционно употребляют мясные и молочные продукты, крупы, овощи. Многие национальные блюда являются сытными и питательными. При этом важно помнить о разнообразии рациона, размере порций и добавлять к основным</w:t>
      </w:r>
      <w:r w:rsidRPr="000C24E4">
        <w:rPr>
          <w:rFonts w:ascii="Times New Roman" w:hAnsi="Times New Roman" w:cs="Times New Roman"/>
          <w:lang w:val="ru-RU"/>
        </w:rPr>
        <w:t xml:space="preserve"> блюдам овощи.</w:t>
      </w:r>
    </w:p>
    <w:p w:rsidR="00043CC5" w:rsidRPr="000C24E4" w:rsidRDefault="000C24E4">
      <w:pPr>
        <w:pStyle w:val="21"/>
        <w:rPr>
          <w:rFonts w:ascii="Times New Roman" w:hAnsi="Times New Roman" w:cs="Times New Roman"/>
        </w:rPr>
      </w:pPr>
      <w:r w:rsidRPr="000C24E4">
        <w:rPr>
          <w:rFonts w:ascii="Times New Roman" w:hAnsi="Times New Roman" w:cs="Times New Roman"/>
        </w:rPr>
        <w:t>3. Правила здорового питания</w:t>
      </w:r>
    </w:p>
    <w:p w:rsidR="00043CC5" w:rsidRPr="000C24E4" w:rsidRDefault="000C24E4">
      <w:pPr>
        <w:pStyle w:val="a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Не пропускайте завтрак. Он помогает получить энергию перед учебным днём.</w:t>
      </w:r>
    </w:p>
    <w:p w:rsidR="00043CC5" w:rsidRPr="000C24E4" w:rsidRDefault="000C24E4">
      <w:pPr>
        <w:pStyle w:val="a"/>
        <w:rPr>
          <w:rFonts w:ascii="Times New Roman" w:hAnsi="Times New Roman" w:cs="Times New Roman"/>
        </w:rPr>
      </w:pPr>
      <w:proofErr w:type="spellStart"/>
      <w:r w:rsidRPr="000C24E4">
        <w:rPr>
          <w:rFonts w:ascii="Times New Roman" w:hAnsi="Times New Roman" w:cs="Times New Roman"/>
        </w:rPr>
        <w:t>Ешьте</w:t>
      </w:r>
      <w:proofErr w:type="spellEnd"/>
      <w:r w:rsidRPr="000C24E4">
        <w:rPr>
          <w:rFonts w:ascii="Times New Roman" w:hAnsi="Times New Roman" w:cs="Times New Roman"/>
        </w:rPr>
        <w:t xml:space="preserve"> </w:t>
      </w:r>
      <w:proofErr w:type="spellStart"/>
      <w:r w:rsidRPr="000C24E4">
        <w:rPr>
          <w:rFonts w:ascii="Times New Roman" w:hAnsi="Times New Roman" w:cs="Times New Roman"/>
        </w:rPr>
        <w:t>разнообразную</w:t>
      </w:r>
      <w:proofErr w:type="spellEnd"/>
      <w:r w:rsidRPr="000C24E4">
        <w:rPr>
          <w:rFonts w:ascii="Times New Roman" w:hAnsi="Times New Roman" w:cs="Times New Roman"/>
        </w:rPr>
        <w:t xml:space="preserve"> </w:t>
      </w:r>
      <w:proofErr w:type="spellStart"/>
      <w:r w:rsidRPr="000C24E4">
        <w:rPr>
          <w:rFonts w:ascii="Times New Roman" w:hAnsi="Times New Roman" w:cs="Times New Roman"/>
        </w:rPr>
        <w:t>пищу</w:t>
      </w:r>
      <w:proofErr w:type="spellEnd"/>
      <w:r w:rsidRPr="000C24E4">
        <w:rPr>
          <w:rFonts w:ascii="Times New Roman" w:hAnsi="Times New Roman" w:cs="Times New Roman"/>
        </w:rPr>
        <w:t>.</w:t>
      </w:r>
    </w:p>
    <w:p w:rsidR="00043CC5" w:rsidRPr="000C24E4" w:rsidRDefault="000C24E4">
      <w:pPr>
        <w:pStyle w:val="a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Ешьте овощи и фрукты каждый день.</w:t>
      </w:r>
    </w:p>
    <w:p w:rsidR="00043CC5" w:rsidRPr="000C24E4" w:rsidRDefault="000C24E4">
      <w:pPr>
        <w:pStyle w:val="a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Пейте чистую воду. Сладкие напитки не должны заменять воду.</w:t>
      </w:r>
    </w:p>
    <w:p w:rsidR="00043CC5" w:rsidRPr="000C24E4" w:rsidRDefault="000C24E4">
      <w:pPr>
        <w:pStyle w:val="a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 xml:space="preserve">Не злоупотребляйте </w:t>
      </w:r>
      <w:r w:rsidRPr="000C24E4">
        <w:rPr>
          <w:rFonts w:ascii="Times New Roman" w:hAnsi="Times New Roman" w:cs="Times New Roman"/>
          <w:lang w:val="ru-RU"/>
        </w:rPr>
        <w:t xml:space="preserve">сладостями, чипсами, сухариками и </w:t>
      </w:r>
      <w:proofErr w:type="spellStart"/>
      <w:r w:rsidRPr="000C24E4">
        <w:rPr>
          <w:rFonts w:ascii="Times New Roman" w:hAnsi="Times New Roman" w:cs="Times New Roman"/>
          <w:lang w:val="ru-RU"/>
        </w:rPr>
        <w:t>фастфудом</w:t>
      </w:r>
      <w:proofErr w:type="spellEnd"/>
      <w:r w:rsidRPr="000C24E4">
        <w:rPr>
          <w:rFonts w:ascii="Times New Roman" w:hAnsi="Times New Roman" w:cs="Times New Roman"/>
          <w:lang w:val="ru-RU"/>
        </w:rPr>
        <w:t>.</w:t>
      </w:r>
    </w:p>
    <w:p w:rsidR="00043CC5" w:rsidRPr="000C24E4" w:rsidRDefault="000C24E4">
      <w:pPr>
        <w:pStyle w:val="a"/>
        <w:rPr>
          <w:rFonts w:ascii="Times New Roman" w:hAnsi="Times New Roman" w:cs="Times New Roman"/>
        </w:rPr>
      </w:pPr>
      <w:proofErr w:type="spellStart"/>
      <w:r w:rsidRPr="000C24E4">
        <w:rPr>
          <w:rFonts w:ascii="Times New Roman" w:hAnsi="Times New Roman" w:cs="Times New Roman"/>
        </w:rPr>
        <w:t>Соблюдайте</w:t>
      </w:r>
      <w:proofErr w:type="spellEnd"/>
      <w:r w:rsidRPr="000C24E4">
        <w:rPr>
          <w:rFonts w:ascii="Times New Roman" w:hAnsi="Times New Roman" w:cs="Times New Roman"/>
        </w:rPr>
        <w:t xml:space="preserve"> </w:t>
      </w:r>
      <w:proofErr w:type="spellStart"/>
      <w:r w:rsidRPr="000C24E4">
        <w:rPr>
          <w:rFonts w:ascii="Times New Roman" w:hAnsi="Times New Roman" w:cs="Times New Roman"/>
        </w:rPr>
        <w:t>режим</w:t>
      </w:r>
      <w:proofErr w:type="spellEnd"/>
      <w:r w:rsidRPr="000C24E4">
        <w:rPr>
          <w:rFonts w:ascii="Times New Roman" w:hAnsi="Times New Roman" w:cs="Times New Roman"/>
        </w:rPr>
        <w:t xml:space="preserve"> </w:t>
      </w:r>
      <w:proofErr w:type="spellStart"/>
      <w:r w:rsidRPr="000C24E4">
        <w:rPr>
          <w:rFonts w:ascii="Times New Roman" w:hAnsi="Times New Roman" w:cs="Times New Roman"/>
        </w:rPr>
        <w:t>питания</w:t>
      </w:r>
      <w:proofErr w:type="spellEnd"/>
      <w:r w:rsidRPr="000C24E4">
        <w:rPr>
          <w:rFonts w:ascii="Times New Roman" w:hAnsi="Times New Roman" w:cs="Times New Roman"/>
        </w:rPr>
        <w:t>.</w:t>
      </w:r>
    </w:p>
    <w:p w:rsidR="00043CC5" w:rsidRPr="000C24E4" w:rsidRDefault="000C24E4">
      <w:pPr>
        <w:pStyle w:val="a"/>
        <w:rPr>
          <w:rFonts w:ascii="Times New Roman" w:hAnsi="Times New Roman" w:cs="Times New Roman"/>
        </w:rPr>
      </w:pPr>
      <w:r w:rsidRPr="000C24E4">
        <w:rPr>
          <w:rFonts w:ascii="Times New Roman" w:hAnsi="Times New Roman" w:cs="Times New Roman"/>
        </w:rPr>
        <w:t>Не переедайте.</w:t>
      </w:r>
    </w:p>
    <w:p w:rsidR="00043CC5" w:rsidRPr="000C24E4" w:rsidRDefault="000C24E4">
      <w:pPr>
        <w:pStyle w:val="a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Перед едой обязательно мойте руки.</w:t>
      </w:r>
    </w:p>
    <w:p w:rsidR="00043CC5" w:rsidRPr="000C24E4" w:rsidRDefault="000C24E4">
      <w:pPr>
        <w:pStyle w:val="a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Тщательно пережёвывайте пищу и не торопитесь во время еды.</w:t>
      </w:r>
    </w:p>
    <w:p w:rsidR="00043CC5" w:rsidRPr="000C24E4" w:rsidRDefault="000C24E4">
      <w:pPr>
        <w:pStyle w:val="a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lastRenderedPageBreak/>
        <w:t>Соблюдайте чистоту продуктов и посуды.</w:t>
      </w:r>
    </w:p>
    <w:p w:rsidR="00043CC5" w:rsidRPr="000C24E4" w:rsidRDefault="000C24E4">
      <w:pPr>
        <w:pStyle w:val="21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4. Игра «Полезная корзина»</w:t>
      </w:r>
    </w:p>
    <w:p w:rsidR="00043CC5" w:rsidRPr="000C24E4" w:rsidRDefault="000C24E4">
      <w:pPr>
        <w:spacing w:after="100" w:line="259" w:lineRule="auto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Учитель на</w:t>
      </w:r>
      <w:r w:rsidRPr="000C24E4">
        <w:rPr>
          <w:rFonts w:ascii="Times New Roman" w:hAnsi="Times New Roman" w:cs="Times New Roman"/>
          <w:lang w:val="ru-RU"/>
        </w:rPr>
        <w:t>зывает продукты, а дети определяют, какие из них подходят для ежедневного здорового рациона, а какие лучше употреблять редко.</w:t>
      </w:r>
    </w:p>
    <w:p w:rsidR="00043CC5" w:rsidRPr="000C24E4" w:rsidRDefault="000C24E4">
      <w:pPr>
        <w:spacing w:after="100" w:line="259" w:lineRule="auto"/>
        <w:rPr>
          <w:rFonts w:ascii="Times New Roman" w:hAnsi="Times New Roman" w:cs="Times New Roman"/>
          <w:lang w:val="ru-RU"/>
        </w:rPr>
      </w:pPr>
      <w:proofErr w:type="gramStart"/>
      <w:r w:rsidRPr="000C24E4">
        <w:rPr>
          <w:rFonts w:ascii="Times New Roman" w:hAnsi="Times New Roman" w:cs="Times New Roman"/>
          <w:b/>
          <w:lang w:val="ru-RU"/>
        </w:rPr>
        <w:t>Продукты:</w:t>
      </w:r>
      <w:r w:rsidRPr="000C24E4">
        <w:rPr>
          <w:rFonts w:ascii="Times New Roman" w:hAnsi="Times New Roman" w:cs="Times New Roman"/>
          <w:lang w:val="ru-RU"/>
        </w:rPr>
        <w:t xml:space="preserve"> яблоко, морковь, каша, кефир, яйцо, рыба, огурец, вода, конфеты, газированный напиток, чипсы, </w:t>
      </w:r>
      <w:proofErr w:type="spellStart"/>
      <w:r w:rsidRPr="000C24E4">
        <w:rPr>
          <w:rFonts w:ascii="Times New Roman" w:hAnsi="Times New Roman" w:cs="Times New Roman"/>
          <w:lang w:val="ru-RU"/>
        </w:rPr>
        <w:t>фастфуд</w:t>
      </w:r>
      <w:proofErr w:type="spellEnd"/>
      <w:r w:rsidRPr="000C24E4">
        <w:rPr>
          <w:rFonts w:ascii="Times New Roman" w:hAnsi="Times New Roman" w:cs="Times New Roman"/>
          <w:lang w:val="ru-RU"/>
        </w:rPr>
        <w:t>.</w:t>
      </w:r>
      <w:proofErr w:type="gramEnd"/>
    </w:p>
    <w:p w:rsidR="00043CC5" w:rsidRPr="000C24E4" w:rsidRDefault="000C24E4">
      <w:pPr>
        <w:spacing w:after="100" w:line="259" w:lineRule="auto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После каждого отв</w:t>
      </w:r>
      <w:r w:rsidRPr="000C24E4">
        <w:rPr>
          <w:rFonts w:ascii="Times New Roman" w:hAnsi="Times New Roman" w:cs="Times New Roman"/>
          <w:lang w:val="ru-RU"/>
        </w:rPr>
        <w:t>ета можно спросить: «Почему ты так думаешь?» Важно объяснить детям, что не нужно делить всю еду только на «хорошую» и «плохую»: есть продукты, которые желательно употреблять регулярно, а есть те, количество которых следует ограничивать.</w:t>
      </w:r>
    </w:p>
    <w:p w:rsidR="00043CC5" w:rsidRPr="000C24E4" w:rsidRDefault="000C24E4">
      <w:pPr>
        <w:pStyle w:val="21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5. Игра «Собери пол</w:t>
      </w:r>
      <w:r w:rsidRPr="000C24E4">
        <w:rPr>
          <w:rFonts w:ascii="Times New Roman" w:hAnsi="Times New Roman" w:cs="Times New Roman"/>
          <w:lang w:val="ru-RU"/>
        </w:rPr>
        <w:t>езный завтрак»</w:t>
      </w:r>
    </w:p>
    <w:p w:rsidR="00043CC5" w:rsidRPr="000C24E4" w:rsidRDefault="000C24E4">
      <w:pPr>
        <w:spacing w:after="100" w:line="259" w:lineRule="auto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Представьте, что утром вы собираетесь в школу. Вам нужно выбрать завтрак, который поможет активно работать на уроках. Например: каша + яйцо + фрукт + вода или несладкий напиток.</w:t>
      </w:r>
    </w:p>
    <w:p w:rsidR="00043CC5" w:rsidRPr="000C24E4" w:rsidRDefault="000C24E4">
      <w:pPr>
        <w:spacing w:after="100" w:line="259" w:lineRule="auto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Предложите детям придумать свой вариант полезного завтрака и об</w:t>
      </w:r>
      <w:r w:rsidRPr="000C24E4">
        <w:rPr>
          <w:rFonts w:ascii="Times New Roman" w:hAnsi="Times New Roman" w:cs="Times New Roman"/>
          <w:lang w:val="ru-RU"/>
        </w:rPr>
        <w:t>ъяснить свой выбор.</w:t>
      </w:r>
    </w:p>
    <w:p w:rsidR="00043CC5" w:rsidRPr="000C24E4" w:rsidRDefault="000C24E4">
      <w:pPr>
        <w:pStyle w:val="21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6. Ситуационные вопросы</w:t>
      </w:r>
    </w:p>
    <w:p w:rsidR="00043CC5" w:rsidRPr="000C24E4" w:rsidRDefault="000C24E4">
      <w:pPr>
        <w:spacing w:after="100" w:line="259" w:lineRule="auto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b/>
          <w:lang w:val="ru-RU"/>
        </w:rPr>
        <w:t>Ситуация 1.</w:t>
      </w:r>
      <w:r w:rsidRPr="000C24E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0C24E4">
        <w:rPr>
          <w:rFonts w:ascii="Times New Roman" w:hAnsi="Times New Roman" w:cs="Times New Roman"/>
          <w:lang w:val="ru-RU"/>
        </w:rPr>
        <w:t>Арман</w:t>
      </w:r>
      <w:proofErr w:type="spellEnd"/>
      <w:r w:rsidRPr="000C24E4">
        <w:rPr>
          <w:rFonts w:ascii="Times New Roman" w:hAnsi="Times New Roman" w:cs="Times New Roman"/>
          <w:lang w:val="ru-RU"/>
        </w:rPr>
        <w:t xml:space="preserve"> утром торопился в школу и решил не завтракать. На втором уроке он </w:t>
      </w:r>
      <w:proofErr w:type="gramStart"/>
      <w:r w:rsidRPr="000C24E4">
        <w:rPr>
          <w:rFonts w:ascii="Times New Roman" w:hAnsi="Times New Roman" w:cs="Times New Roman"/>
          <w:lang w:val="ru-RU"/>
        </w:rPr>
        <w:t>почувствовал усталость и ему стало</w:t>
      </w:r>
      <w:proofErr w:type="gramEnd"/>
      <w:r w:rsidRPr="000C24E4">
        <w:rPr>
          <w:rFonts w:ascii="Times New Roman" w:hAnsi="Times New Roman" w:cs="Times New Roman"/>
          <w:lang w:val="ru-RU"/>
        </w:rPr>
        <w:t xml:space="preserve"> трудно сосредоточиться. Вопрос: что можно было сделать по-другому?</w:t>
      </w:r>
    </w:p>
    <w:p w:rsidR="00043CC5" w:rsidRPr="000C24E4" w:rsidRDefault="000C24E4">
      <w:pPr>
        <w:spacing w:after="100" w:line="259" w:lineRule="auto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b/>
          <w:lang w:val="ru-RU"/>
        </w:rPr>
        <w:t>Ситуация 2.</w:t>
      </w:r>
      <w:r w:rsidRPr="000C24E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0C24E4">
        <w:rPr>
          <w:rFonts w:ascii="Times New Roman" w:hAnsi="Times New Roman" w:cs="Times New Roman"/>
          <w:lang w:val="ru-RU"/>
        </w:rPr>
        <w:t>Алия</w:t>
      </w:r>
      <w:proofErr w:type="spellEnd"/>
      <w:r w:rsidRPr="000C24E4">
        <w:rPr>
          <w:rFonts w:ascii="Times New Roman" w:hAnsi="Times New Roman" w:cs="Times New Roman"/>
          <w:lang w:val="ru-RU"/>
        </w:rPr>
        <w:t xml:space="preserve"> захотела </w:t>
      </w:r>
      <w:r w:rsidRPr="000C24E4">
        <w:rPr>
          <w:rFonts w:ascii="Times New Roman" w:hAnsi="Times New Roman" w:cs="Times New Roman"/>
          <w:lang w:val="ru-RU"/>
        </w:rPr>
        <w:t>пить и выбирает между водой и сладким газированным напитком. Вопрос: что лучше выбрать для утоления жажды?</w:t>
      </w:r>
    </w:p>
    <w:p w:rsidR="00043CC5" w:rsidRPr="000C24E4" w:rsidRDefault="000C24E4">
      <w:pPr>
        <w:spacing w:after="100" w:line="259" w:lineRule="auto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b/>
          <w:lang w:val="ru-RU"/>
        </w:rPr>
        <w:t>Ситуация 3.</w:t>
      </w:r>
      <w:r w:rsidRPr="000C24E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0C24E4">
        <w:rPr>
          <w:rFonts w:ascii="Times New Roman" w:hAnsi="Times New Roman" w:cs="Times New Roman"/>
          <w:lang w:val="ru-RU"/>
        </w:rPr>
        <w:t>Данияр</w:t>
      </w:r>
      <w:proofErr w:type="spellEnd"/>
      <w:r w:rsidRPr="000C24E4">
        <w:rPr>
          <w:rFonts w:ascii="Times New Roman" w:hAnsi="Times New Roman" w:cs="Times New Roman"/>
          <w:lang w:val="ru-RU"/>
        </w:rPr>
        <w:t xml:space="preserve"> каждый день после школы покупает чипсы и сладкий напиток. </w:t>
      </w:r>
      <w:proofErr w:type="gramStart"/>
      <w:r w:rsidRPr="000C24E4">
        <w:rPr>
          <w:rFonts w:ascii="Times New Roman" w:hAnsi="Times New Roman" w:cs="Times New Roman"/>
          <w:lang w:val="ru-RU"/>
        </w:rPr>
        <w:t>Вопрос</w:t>
      </w:r>
      <w:proofErr w:type="gramEnd"/>
      <w:r w:rsidRPr="000C24E4">
        <w:rPr>
          <w:rFonts w:ascii="Times New Roman" w:hAnsi="Times New Roman" w:cs="Times New Roman"/>
          <w:lang w:val="ru-RU"/>
        </w:rPr>
        <w:t>: какие варианты перекуса можно ему предложить?</w:t>
      </w:r>
    </w:p>
    <w:p w:rsidR="00043CC5" w:rsidRPr="000C24E4" w:rsidRDefault="000C24E4">
      <w:pPr>
        <w:spacing w:after="100" w:line="259" w:lineRule="auto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Варианты полезного</w:t>
      </w:r>
      <w:r w:rsidRPr="000C24E4">
        <w:rPr>
          <w:rFonts w:ascii="Times New Roman" w:hAnsi="Times New Roman" w:cs="Times New Roman"/>
          <w:lang w:val="ru-RU"/>
        </w:rPr>
        <w:t xml:space="preserve"> перекуса: фрукт, натуральный йогурт, бутерброд с подходящей начинкой, овощи или другие домашние варианты.</w:t>
      </w:r>
    </w:p>
    <w:p w:rsidR="00043CC5" w:rsidRPr="000C24E4" w:rsidRDefault="000C24E4">
      <w:pPr>
        <w:pStyle w:val="21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7. Физкультминутка «Полезно — не каждый день»</w:t>
      </w:r>
    </w:p>
    <w:p w:rsidR="00043CC5" w:rsidRPr="000C24E4" w:rsidRDefault="000C24E4">
      <w:pPr>
        <w:spacing w:after="100" w:line="259" w:lineRule="auto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Учитель называет продукт. Если продукт подходит для регулярного здорового питания — дети поднимают руки</w:t>
      </w:r>
      <w:r w:rsidRPr="000C24E4">
        <w:rPr>
          <w:rFonts w:ascii="Times New Roman" w:hAnsi="Times New Roman" w:cs="Times New Roman"/>
          <w:lang w:val="ru-RU"/>
        </w:rPr>
        <w:t xml:space="preserve"> вверх. Если его лучше употреблять не каждый день — хлопают в ладоши.</w:t>
      </w:r>
    </w:p>
    <w:p w:rsidR="00043CC5" w:rsidRPr="000C24E4" w:rsidRDefault="000C24E4">
      <w:pPr>
        <w:spacing w:after="100" w:line="259" w:lineRule="auto"/>
        <w:rPr>
          <w:rFonts w:ascii="Times New Roman" w:hAnsi="Times New Roman" w:cs="Times New Roman"/>
          <w:lang w:val="ru-RU"/>
        </w:rPr>
      </w:pPr>
      <w:proofErr w:type="gramStart"/>
      <w:r w:rsidRPr="000C24E4">
        <w:rPr>
          <w:rFonts w:ascii="Times New Roman" w:hAnsi="Times New Roman" w:cs="Times New Roman"/>
          <w:lang w:val="ru-RU"/>
        </w:rPr>
        <w:t>Примеры: яблоко — руки вверх; вода — руки вверх; морковь — руки вверх; каша — руки вверх; чипсы — хлопок; газировка — хлопок; конфеты — хлопок.</w:t>
      </w:r>
      <w:proofErr w:type="gramEnd"/>
    </w:p>
    <w:p w:rsidR="00043CC5" w:rsidRPr="000C24E4" w:rsidRDefault="000C24E4">
      <w:pPr>
        <w:pStyle w:val="21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8. Итог беседы</w:t>
      </w:r>
    </w:p>
    <w:p w:rsidR="00043CC5" w:rsidRPr="000C24E4" w:rsidRDefault="000C24E4">
      <w:pPr>
        <w:spacing w:after="100" w:line="259" w:lineRule="auto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Ребята, наше здоровье во мн</w:t>
      </w:r>
      <w:r w:rsidRPr="000C24E4">
        <w:rPr>
          <w:rFonts w:ascii="Times New Roman" w:hAnsi="Times New Roman" w:cs="Times New Roman"/>
          <w:lang w:val="ru-RU"/>
        </w:rPr>
        <w:t>огом зависит от ежедневных привычек. Правильное питание помогает нам расти, получать энергию, учиться и быть активными.</w:t>
      </w:r>
    </w:p>
    <w:p w:rsidR="00043CC5" w:rsidRPr="000C24E4" w:rsidRDefault="000C24E4" w:rsidP="000C24E4">
      <w:pPr>
        <w:spacing w:after="0"/>
        <w:jc w:val="center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b/>
          <w:lang w:val="ru-RU"/>
        </w:rPr>
        <w:t>Я завтракаю.</w:t>
      </w:r>
    </w:p>
    <w:p w:rsidR="00043CC5" w:rsidRPr="000C24E4" w:rsidRDefault="000C24E4" w:rsidP="000C24E4">
      <w:pPr>
        <w:spacing w:after="0"/>
        <w:jc w:val="center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b/>
          <w:lang w:val="ru-RU"/>
        </w:rPr>
        <w:t>Я выбираю разнообразную пищу.</w:t>
      </w:r>
    </w:p>
    <w:p w:rsidR="00043CC5" w:rsidRPr="000C24E4" w:rsidRDefault="000C24E4" w:rsidP="000C24E4">
      <w:pPr>
        <w:spacing w:after="0"/>
        <w:jc w:val="center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b/>
          <w:lang w:val="ru-RU"/>
        </w:rPr>
        <w:t>Я ем овощи и фрукты.</w:t>
      </w:r>
    </w:p>
    <w:p w:rsidR="00043CC5" w:rsidRPr="000C24E4" w:rsidRDefault="000C24E4" w:rsidP="000C24E4">
      <w:pPr>
        <w:spacing w:after="0"/>
        <w:jc w:val="center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b/>
          <w:lang w:val="ru-RU"/>
        </w:rPr>
        <w:t>Я пью чистую воду.</w:t>
      </w:r>
    </w:p>
    <w:p w:rsidR="00043CC5" w:rsidRPr="000C24E4" w:rsidRDefault="000C24E4" w:rsidP="000C24E4">
      <w:pPr>
        <w:spacing w:after="0"/>
        <w:jc w:val="center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b/>
          <w:lang w:val="ru-RU"/>
        </w:rPr>
        <w:t xml:space="preserve">Я не злоупотребляю сладостями и </w:t>
      </w:r>
      <w:proofErr w:type="spellStart"/>
      <w:r w:rsidRPr="000C24E4">
        <w:rPr>
          <w:rFonts w:ascii="Times New Roman" w:hAnsi="Times New Roman" w:cs="Times New Roman"/>
          <w:b/>
          <w:lang w:val="ru-RU"/>
        </w:rPr>
        <w:t>фастфудом</w:t>
      </w:r>
      <w:proofErr w:type="spellEnd"/>
      <w:r w:rsidRPr="000C24E4">
        <w:rPr>
          <w:rFonts w:ascii="Times New Roman" w:hAnsi="Times New Roman" w:cs="Times New Roman"/>
          <w:b/>
          <w:lang w:val="ru-RU"/>
        </w:rPr>
        <w:t>.</w:t>
      </w:r>
    </w:p>
    <w:p w:rsidR="00043CC5" w:rsidRPr="000C24E4" w:rsidRDefault="000C24E4" w:rsidP="000C24E4">
      <w:pPr>
        <w:spacing w:after="0"/>
        <w:jc w:val="center"/>
        <w:rPr>
          <w:rFonts w:ascii="Times New Roman" w:hAnsi="Times New Roman" w:cs="Times New Roman"/>
          <w:lang w:val="ru-RU"/>
        </w:rPr>
      </w:pPr>
      <w:bookmarkStart w:id="0" w:name="_GoBack"/>
      <w:bookmarkEnd w:id="0"/>
      <w:r w:rsidRPr="000C24E4">
        <w:rPr>
          <w:rFonts w:ascii="Times New Roman" w:hAnsi="Times New Roman" w:cs="Times New Roman"/>
          <w:b/>
          <w:lang w:val="ru-RU"/>
        </w:rPr>
        <w:t xml:space="preserve">Я </w:t>
      </w:r>
      <w:proofErr w:type="gramStart"/>
      <w:r w:rsidRPr="000C24E4">
        <w:rPr>
          <w:rFonts w:ascii="Times New Roman" w:hAnsi="Times New Roman" w:cs="Times New Roman"/>
          <w:b/>
          <w:lang w:val="ru-RU"/>
        </w:rPr>
        <w:t>мою</w:t>
      </w:r>
      <w:proofErr w:type="gramEnd"/>
      <w:r w:rsidRPr="000C24E4">
        <w:rPr>
          <w:rFonts w:ascii="Times New Roman" w:hAnsi="Times New Roman" w:cs="Times New Roman"/>
          <w:b/>
          <w:lang w:val="ru-RU"/>
        </w:rPr>
        <w:t xml:space="preserve"> руки</w:t>
      </w:r>
      <w:r w:rsidRPr="000C24E4">
        <w:rPr>
          <w:rFonts w:ascii="Times New Roman" w:hAnsi="Times New Roman" w:cs="Times New Roman"/>
          <w:b/>
          <w:lang w:val="ru-RU"/>
        </w:rPr>
        <w:t xml:space="preserve"> перед едой.</w:t>
      </w:r>
    </w:p>
    <w:p w:rsidR="00043CC5" w:rsidRPr="000C24E4" w:rsidRDefault="000C24E4" w:rsidP="000C24E4">
      <w:pPr>
        <w:spacing w:after="0"/>
        <w:jc w:val="center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b/>
          <w:lang w:val="ru-RU"/>
        </w:rPr>
        <w:t>Я забочусь о своём здоровье!</w:t>
      </w:r>
    </w:p>
    <w:p w:rsidR="00043CC5" w:rsidRPr="000C24E4" w:rsidRDefault="000C24E4">
      <w:pPr>
        <w:pStyle w:val="21"/>
        <w:rPr>
          <w:rFonts w:ascii="Times New Roman" w:hAnsi="Times New Roman" w:cs="Times New Roman"/>
        </w:rPr>
      </w:pPr>
      <w:proofErr w:type="spellStart"/>
      <w:r w:rsidRPr="000C24E4">
        <w:rPr>
          <w:rFonts w:ascii="Times New Roman" w:hAnsi="Times New Roman" w:cs="Times New Roman"/>
        </w:rPr>
        <w:t>Рефлексия</w:t>
      </w:r>
      <w:proofErr w:type="spellEnd"/>
      <w:r w:rsidRPr="000C24E4">
        <w:rPr>
          <w:rFonts w:ascii="Times New Roman" w:hAnsi="Times New Roman" w:cs="Times New Roman"/>
        </w:rPr>
        <w:t xml:space="preserve"> «</w:t>
      </w:r>
      <w:proofErr w:type="spellStart"/>
      <w:r w:rsidRPr="000C24E4">
        <w:rPr>
          <w:rFonts w:ascii="Times New Roman" w:hAnsi="Times New Roman" w:cs="Times New Roman"/>
        </w:rPr>
        <w:t>Закончи</w:t>
      </w:r>
      <w:proofErr w:type="spellEnd"/>
      <w:r w:rsidRPr="000C24E4">
        <w:rPr>
          <w:rFonts w:ascii="Times New Roman" w:hAnsi="Times New Roman" w:cs="Times New Roman"/>
        </w:rPr>
        <w:t xml:space="preserve"> </w:t>
      </w:r>
      <w:proofErr w:type="spellStart"/>
      <w:r w:rsidRPr="000C24E4">
        <w:rPr>
          <w:rFonts w:ascii="Times New Roman" w:hAnsi="Times New Roman" w:cs="Times New Roman"/>
        </w:rPr>
        <w:t>предложение</w:t>
      </w:r>
      <w:proofErr w:type="spellEnd"/>
      <w:r w:rsidRPr="000C24E4">
        <w:rPr>
          <w:rFonts w:ascii="Times New Roman" w:hAnsi="Times New Roman" w:cs="Times New Roman"/>
        </w:rPr>
        <w:t>»</w:t>
      </w:r>
    </w:p>
    <w:p w:rsidR="00043CC5" w:rsidRPr="000C24E4" w:rsidRDefault="000C24E4">
      <w:pPr>
        <w:pStyle w:val="a0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«Сегодня я узна</w:t>
      </w:r>
      <w:proofErr w:type="gramStart"/>
      <w:r w:rsidRPr="000C24E4">
        <w:rPr>
          <w:rFonts w:ascii="Times New Roman" w:hAnsi="Times New Roman" w:cs="Times New Roman"/>
          <w:lang w:val="ru-RU"/>
        </w:rPr>
        <w:t>л(</w:t>
      </w:r>
      <w:proofErr w:type="gramEnd"/>
      <w:r w:rsidRPr="000C24E4">
        <w:rPr>
          <w:rFonts w:ascii="Times New Roman" w:hAnsi="Times New Roman" w:cs="Times New Roman"/>
          <w:lang w:val="ru-RU"/>
        </w:rPr>
        <w:t>а), что…»</w:t>
      </w:r>
    </w:p>
    <w:p w:rsidR="00043CC5" w:rsidRPr="000C24E4" w:rsidRDefault="000C24E4">
      <w:pPr>
        <w:pStyle w:val="a0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«Для своего здоровья я буду…»</w:t>
      </w:r>
    </w:p>
    <w:p w:rsidR="00043CC5" w:rsidRPr="000C24E4" w:rsidRDefault="000C24E4">
      <w:pPr>
        <w:pStyle w:val="a0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lang w:val="ru-RU"/>
        </w:rPr>
        <w:t>«На полезный перекус я выберу…»</w:t>
      </w:r>
    </w:p>
    <w:p w:rsidR="00043CC5" w:rsidRPr="000C24E4" w:rsidRDefault="000C24E4">
      <w:pPr>
        <w:spacing w:before="160"/>
        <w:jc w:val="center"/>
        <w:rPr>
          <w:rFonts w:ascii="Times New Roman" w:hAnsi="Times New Roman" w:cs="Times New Roman"/>
          <w:lang w:val="ru-RU"/>
        </w:rPr>
      </w:pPr>
      <w:r w:rsidRPr="000C24E4">
        <w:rPr>
          <w:rFonts w:ascii="Times New Roman" w:hAnsi="Times New Roman" w:cs="Times New Roman"/>
          <w:b/>
          <w:sz w:val="26"/>
          <w:lang w:val="ru-RU"/>
        </w:rPr>
        <w:t>Здоровое питание + движение + режим дня + полноценный сон = здоровый школьник!</w:t>
      </w:r>
    </w:p>
    <w:sectPr w:rsidR="00043CC5" w:rsidRPr="000C24E4" w:rsidSect="000C24E4">
      <w:pgSz w:w="12240" w:h="15840"/>
      <w:pgMar w:top="284" w:right="1080" w:bottom="28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43CC5"/>
    <w:rsid w:val="0006063C"/>
    <w:rsid w:val="000C24E4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D7C4C7B-BD04-432C-89FB-85C38F25C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663</Words>
  <Characters>3785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4440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student</cp:lastModifiedBy>
  <cp:revision>3</cp:revision>
  <cp:lastPrinted>2026-09-11T03:48:00Z</cp:lastPrinted>
  <dcterms:created xsi:type="dcterms:W3CDTF">2013-12-23T23:15:00Z</dcterms:created>
  <dcterms:modified xsi:type="dcterms:W3CDTF">2026-09-11T03:49:00Z</dcterms:modified>
  <cp:category/>
</cp:coreProperties>
</file>